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452A8" w14:textId="77777777" w:rsidR="00416197" w:rsidRPr="007664E7" w:rsidRDefault="00FD61EE" w:rsidP="002C19ED">
      <w:pPr>
        <w:pStyle w:val="Heading1"/>
        <w:tabs>
          <w:tab w:val="left" w:pos="990"/>
        </w:tabs>
        <w:rPr>
          <w:rFonts w:ascii="Times New Roman" w:hAnsi="Times New Roman" w:cs="Times New Roman"/>
          <w:sz w:val="24"/>
          <w:szCs w:val="24"/>
        </w:rPr>
      </w:pPr>
      <w:r w:rsidRPr="007664E7">
        <w:rPr>
          <w:rFonts w:ascii="Times New Roman" w:hAnsi="Times New Roman" w:cs="Times New Roman"/>
          <w:sz w:val="24"/>
          <w:szCs w:val="24"/>
        </w:rPr>
        <w:t>Hanson County Planning Commission</w:t>
      </w:r>
    </w:p>
    <w:p w14:paraId="5163E566" w14:textId="77777777" w:rsidR="00416197" w:rsidRPr="007664E7" w:rsidRDefault="00FD61EE">
      <w:pPr>
        <w:rPr>
          <w:rFonts w:ascii="Times New Roman" w:hAnsi="Times New Roman" w:cs="Times New Roman"/>
          <w:sz w:val="24"/>
          <w:szCs w:val="24"/>
        </w:rPr>
      </w:pPr>
      <w:r w:rsidRPr="007664E7">
        <w:rPr>
          <w:rFonts w:ascii="Times New Roman" w:hAnsi="Times New Roman" w:cs="Times New Roman"/>
          <w:sz w:val="24"/>
          <w:szCs w:val="24"/>
        </w:rPr>
        <w:t>Minutes of Proceedings</w:t>
      </w:r>
    </w:p>
    <w:p w14:paraId="37B0CB18" w14:textId="52E8F559" w:rsidR="00EB7672" w:rsidRPr="007664E7" w:rsidRDefault="00EB7672">
      <w:pPr>
        <w:rPr>
          <w:rFonts w:ascii="Times New Roman" w:hAnsi="Times New Roman" w:cs="Times New Roman"/>
          <w:sz w:val="24"/>
          <w:szCs w:val="24"/>
        </w:rPr>
      </w:pPr>
      <w:r w:rsidRPr="007664E7">
        <w:rPr>
          <w:rFonts w:ascii="Times New Roman" w:hAnsi="Times New Roman" w:cs="Times New Roman"/>
          <w:sz w:val="24"/>
          <w:szCs w:val="24"/>
        </w:rPr>
        <w:t>APPROVED</w:t>
      </w:r>
    </w:p>
    <w:p w14:paraId="00646941" w14:textId="2392953B" w:rsidR="00416197" w:rsidRPr="007664E7" w:rsidRDefault="005526F4">
      <w:pPr>
        <w:rPr>
          <w:rFonts w:ascii="Times New Roman" w:hAnsi="Times New Roman" w:cs="Times New Roman"/>
          <w:sz w:val="24"/>
          <w:szCs w:val="24"/>
        </w:rPr>
      </w:pPr>
      <w:r w:rsidRPr="007664E7">
        <w:rPr>
          <w:rFonts w:ascii="Times New Roman" w:hAnsi="Times New Roman" w:cs="Times New Roman"/>
          <w:sz w:val="24"/>
          <w:szCs w:val="24"/>
        </w:rPr>
        <w:t>May 28</w:t>
      </w:r>
      <w:r w:rsidR="00C528BF" w:rsidRPr="007664E7">
        <w:rPr>
          <w:rFonts w:ascii="Times New Roman" w:hAnsi="Times New Roman" w:cs="Times New Roman"/>
          <w:sz w:val="24"/>
          <w:szCs w:val="24"/>
        </w:rPr>
        <w:t>, 2026</w:t>
      </w:r>
    </w:p>
    <w:p w14:paraId="35ACEF06" w14:textId="57E95288" w:rsidR="00C10DCF" w:rsidRPr="007664E7" w:rsidRDefault="00FD61EE" w:rsidP="008039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64E7">
        <w:rPr>
          <w:rFonts w:ascii="Times New Roman" w:hAnsi="Times New Roman" w:cs="Times New Roman"/>
          <w:sz w:val="24"/>
          <w:szCs w:val="24"/>
        </w:rPr>
        <w:t>The regular meeting of the Hanson County Planning Commission was held on</w:t>
      </w:r>
      <w:r w:rsidR="001F4AA4" w:rsidRPr="007664E7">
        <w:rPr>
          <w:rFonts w:ascii="Times New Roman" w:hAnsi="Times New Roman" w:cs="Times New Roman"/>
          <w:sz w:val="24"/>
          <w:szCs w:val="24"/>
        </w:rPr>
        <w:t xml:space="preserve"> </w:t>
      </w:r>
      <w:r w:rsidR="00F369FB" w:rsidRPr="007664E7">
        <w:rPr>
          <w:rFonts w:ascii="Times New Roman" w:hAnsi="Times New Roman" w:cs="Times New Roman"/>
          <w:sz w:val="24"/>
          <w:szCs w:val="24"/>
        </w:rPr>
        <w:t>May 28</w:t>
      </w:r>
      <w:r w:rsidR="00545F93" w:rsidRPr="007664E7">
        <w:rPr>
          <w:rFonts w:ascii="Times New Roman" w:hAnsi="Times New Roman" w:cs="Times New Roman"/>
          <w:sz w:val="24"/>
          <w:szCs w:val="24"/>
        </w:rPr>
        <w:t>,</w:t>
      </w:r>
      <w:r w:rsidR="001F4AA4" w:rsidRPr="007664E7">
        <w:rPr>
          <w:rFonts w:ascii="Times New Roman" w:hAnsi="Times New Roman" w:cs="Times New Roman"/>
          <w:sz w:val="24"/>
          <w:szCs w:val="24"/>
        </w:rPr>
        <w:t xml:space="preserve"> 2026,</w:t>
      </w:r>
      <w:r w:rsidRPr="007664E7">
        <w:rPr>
          <w:rFonts w:ascii="Times New Roman" w:hAnsi="Times New Roman" w:cs="Times New Roman"/>
          <w:sz w:val="24"/>
          <w:szCs w:val="24"/>
        </w:rPr>
        <w:t xml:space="preserve"> at the Hanson County Courthouse, Alexandria, South Dakota. The meeting was called to order by Chairman</w:t>
      </w:r>
      <w:r w:rsidR="00F3354B" w:rsidRPr="007664E7">
        <w:rPr>
          <w:rFonts w:ascii="Times New Roman" w:hAnsi="Times New Roman" w:cs="Times New Roman"/>
          <w:sz w:val="24"/>
          <w:szCs w:val="24"/>
        </w:rPr>
        <w:t xml:space="preserve"> </w:t>
      </w:r>
      <w:r w:rsidR="0080397D" w:rsidRPr="007664E7">
        <w:rPr>
          <w:rFonts w:ascii="Times New Roman" w:hAnsi="Times New Roman" w:cs="Times New Roman"/>
          <w:sz w:val="24"/>
          <w:szCs w:val="24"/>
        </w:rPr>
        <w:t>Kayser</w:t>
      </w:r>
      <w:r w:rsidRPr="007664E7">
        <w:rPr>
          <w:rFonts w:ascii="Times New Roman" w:hAnsi="Times New Roman" w:cs="Times New Roman"/>
          <w:sz w:val="24"/>
          <w:szCs w:val="24"/>
        </w:rPr>
        <w:t xml:space="preserve"> at</w:t>
      </w:r>
      <w:r w:rsidR="0080397D" w:rsidRPr="007664E7">
        <w:rPr>
          <w:rFonts w:ascii="Times New Roman" w:hAnsi="Times New Roman" w:cs="Times New Roman"/>
          <w:sz w:val="24"/>
          <w:szCs w:val="24"/>
        </w:rPr>
        <w:t xml:space="preserve"> 9:00am</w:t>
      </w:r>
      <w:r w:rsidRPr="007664E7">
        <w:rPr>
          <w:rFonts w:ascii="Times New Roman" w:hAnsi="Times New Roman" w:cs="Times New Roman"/>
          <w:sz w:val="24"/>
          <w:szCs w:val="24"/>
        </w:rPr>
        <w:t>, followed by the Pledge of Allegiance.</w:t>
      </w:r>
      <w:r w:rsidRPr="007664E7">
        <w:rPr>
          <w:rFonts w:ascii="Times New Roman" w:hAnsi="Times New Roman" w:cs="Times New Roman"/>
          <w:sz w:val="24"/>
          <w:szCs w:val="24"/>
        </w:rPr>
        <w:br/>
      </w:r>
    </w:p>
    <w:p w14:paraId="5DC103DC" w14:textId="483C9878" w:rsidR="0080397D" w:rsidRPr="007664E7" w:rsidRDefault="00FD61EE" w:rsidP="008039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64E7">
        <w:rPr>
          <w:rFonts w:ascii="Times New Roman" w:hAnsi="Times New Roman" w:cs="Times New Roman"/>
          <w:sz w:val="24"/>
          <w:szCs w:val="24"/>
        </w:rPr>
        <w:t xml:space="preserve">A list of attendees is available for </w:t>
      </w:r>
      <w:r w:rsidR="00E40E45" w:rsidRPr="007664E7">
        <w:rPr>
          <w:rFonts w:ascii="Times New Roman" w:hAnsi="Times New Roman" w:cs="Times New Roman"/>
          <w:sz w:val="24"/>
          <w:szCs w:val="24"/>
        </w:rPr>
        <w:t xml:space="preserve">the </w:t>
      </w:r>
      <w:r w:rsidRPr="007664E7">
        <w:rPr>
          <w:rFonts w:ascii="Times New Roman" w:hAnsi="Times New Roman" w:cs="Times New Roman"/>
          <w:sz w:val="24"/>
          <w:szCs w:val="24"/>
        </w:rPr>
        <w:t>public at the Zoning Administrator’s Office.</w:t>
      </w:r>
      <w:r w:rsidRPr="007664E7">
        <w:rPr>
          <w:rFonts w:ascii="Times New Roman" w:hAnsi="Times New Roman" w:cs="Times New Roman"/>
          <w:sz w:val="24"/>
          <w:szCs w:val="24"/>
        </w:rPr>
        <w:br/>
      </w:r>
      <w:r w:rsidRPr="007664E7">
        <w:rPr>
          <w:rFonts w:ascii="Times New Roman" w:hAnsi="Times New Roman" w:cs="Times New Roman"/>
          <w:sz w:val="24"/>
          <w:szCs w:val="24"/>
        </w:rPr>
        <w:br/>
      </w:r>
      <w:r w:rsidRPr="007664E7">
        <w:rPr>
          <w:rFonts w:ascii="Times New Roman" w:hAnsi="Times New Roman" w:cs="Times New Roman"/>
          <w:b/>
          <w:bCs/>
          <w:sz w:val="24"/>
          <w:szCs w:val="24"/>
          <w:u w:val="single"/>
        </w:rPr>
        <w:t>MEMBERS PRESENT:</w:t>
      </w:r>
      <w:r w:rsidRPr="007664E7">
        <w:rPr>
          <w:rFonts w:ascii="Times New Roman" w:hAnsi="Times New Roman" w:cs="Times New Roman"/>
          <w:sz w:val="24"/>
          <w:szCs w:val="24"/>
        </w:rPr>
        <w:br/>
      </w:r>
      <w:r w:rsidR="0080397D" w:rsidRPr="007664E7">
        <w:rPr>
          <w:rFonts w:ascii="Times New Roman" w:hAnsi="Times New Roman" w:cs="Times New Roman"/>
          <w:sz w:val="24"/>
          <w:szCs w:val="24"/>
        </w:rPr>
        <w:t xml:space="preserve">Josh Kayser, Jean Freeman, Gary Schoenrock, </w:t>
      </w:r>
      <w:r w:rsidR="00A0197E" w:rsidRPr="007664E7">
        <w:rPr>
          <w:rFonts w:ascii="Times New Roman" w:hAnsi="Times New Roman" w:cs="Times New Roman"/>
          <w:sz w:val="24"/>
          <w:szCs w:val="24"/>
        </w:rPr>
        <w:t>Tristan Bender</w:t>
      </w:r>
      <w:r w:rsidR="00F369FB" w:rsidRPr="007664E7">
        <w:rPr>
          <w:rFonts w:ascii="Times New Roman" w:hAnsi="Times New Roman" w:cs="Times New Roman"/>
          <w:sz w:val="24"/>
          <w:szCs w:val="24"/>
        </w:rPr>
        <w:t xml:space="preserve">, </w:t>
      </w:r>
      <w:r w:rsidR="0080397D" w:rsidRPr="007664E7">
        <w:rPr>
          <w:rFonts w:ascii="Times New Roman" w:hAnsi="Times New Roman" w:cs="Times New Roman"/>
          <w:sz w:val="24"/>
          <w:szCs w:val="24"/>
        </w:rPr>
        <w:t>Sharon Jarding</w:t>
      </w:r>
      <w:r w:rsidR="00F369FB" w:rsidRPr="007664E7">
        <w:rPr>
          <w:rFonts w:ascii="Times New Roman" w:hAnsi="Times New Roman" w:cs="Times New Roman"/>
          <w:sz w:val="24"/>
          <w:szCs w:val="24"/>
        </w:rPr>
        <w:t>, Curt Fox &amp; Wayne Waldner</w:t>
      </w:r>
      <w:r w:rsidRPr="007664E7">
        <w:rPr>
          <w:rFonts w:ascii="Times New Roman" w:hAnsi="Times New Roman" w:cs="Times New Roman"/>
          <w:sz w:val="24"/>
          <w:szCs w:val="24"/>
        </w:rPr>
        <w:br/>
      </w:r>
      <w:r w:rsidRPr="007664E7">
        <w:rPr>
          <w:rFonts w:ascii="Times New Roman" w:hAnsi="Times New Roman" w:cs="Times New Roman"/>
          <w:sz w:val="24"/>
          <w:szCs w:val="24"/>
        </w:rPr>
        <w:br/>
      </w:r>
      <w:r w:rsidRPr="007664E7">
        <w:rPr>
          <w:rFonts w:ascii="Times New Roman" w:hAnsi="Times New Roman" w:cs="Times New Roman"/>
          <w:b/>
          <w:bCs/>
          <w:sz w:val="24"/>
          <w:szCs w:val="24"/>
          <w:u w:val="single"/>
        </w:rPr>
        <w:t>MEMBERS ABSENT:</w:t>
      </w:r>
      <w:r w:rsidRPr="007664E7">
        <w:rPr>
          <w:rFonts w:ascii="Times New Roman" w:hAnsi="Times New Roman" w:cs="Times New Roman"/>
          <w:sz w:val="24"/>
          <w:szCs w:val="24"/>
        </w:rPr>
        <w:br/>
      </w:r>
      <w:r w:rsidR="00F369FB" w:rsidRPr="007664E7">
        <w:rPr>
          <w:rFonts w:ascii="Times New Roman" w:hAnsi="Times New Roman" w:cs="Times New Roman"/>
          <w:sz w:val="24"/>
          <w:szCs w:val="24"/>
        </w:rPr>
        <w:t>NONE</w:t>
      </w:r>
      <w:r w:rsidRPr="007664E7">
        <w:rPr>
          <w:rFonts w:ascii="Times New Roman" w:hAnsi="Times New Roman" w:cs="Times New Roman"/>
          <w:sz w:val="24"/>
          <w:szCs w:val="24"/>
        </w:rPr>
        <w:br/>
      </w:r>
      <w:r w:rsidRPr="007664E7">
        <w:rPr>
          <w:rFonts w:ascii="Times New Roman" w:hAnsi="Times New Roman" w:cs="Times New Roman"/>
          <w:sz w:val="24"/>
          <w:szCs w:val="24"/>
        </w:rPr>
        <w:br/>
      </w:r>
      <w:r w:rsidRPr="007664E7">
        <w:rPr>
          <w:rFonts w:ascii="Times New Roman" w:hAnsi="Times New Roman" w:cs="Times New Roman"/>
          <w:b/>
          <w:bCs/>
          <w:sz w:val="24"/>
          <w:szCs w:val="24"/>
          <w:u w:val="single"/>
        </w:rPr>
        <w:t>ALSO PRESENT:</w:t>
      </w:r>
      <w:r w:rsidRPr="007664E7">
        <w:rPr>
          <w:rFonts w:ascii="Times New Roman" w:hAnsi="Times New Roman" w:cs="Times New Roman"/>
          <w:sz w:val="24"/>
          <w:szCs w:val="24"/>
        </w:rPr>
        <w:br/>
      </w:r>
      <w:r w:rsidR="0080397D" w:rsidRPr="007664E7">
        <w:rPr>
          <w:rFonts w:ascii="Times New Roman" w:hAnsi="Times New Roman" w:cs="Times New Roman"/>
          <w:sz w:val="24"/>
          <w:szCs w:val="24"/>
        </w:rPr>
        <w:t>Christi Pierson – Zoning Administrator</w:t>
      </w:r>
    </w:p>
    <w:p w14:paraId="50BDED42" w14:textId="45BD1107" w:rsidR="0080397D" w:rsidRPr="007664E7" w:rsidRDefault="008E1AB0" w:rsidP="008039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64E7">
        <w:rPr>
          <w:rFonts w:ascii="Times New Roman" w:hAnsi="Times New Roman" w:cs="Times New Roman"/>
          <w:sz w:val="24"/>
          <w:szCs w:val="24"/>
        </w:rPr>
        <w:t>Kristi Goehring</w:t>
      </w:r>
      <w:r w:rsidR="0080397D" w:rsidRPr="007664E7">
        <w:rPr>
          <w:rFonts w:ascii="Times New Roman" w:hAnsi="Times New Roman" w:cs="Times New Roman"/>
          <w:sz w:val="24"/>
          <w:szCs w:val="24"/>
        </w:rPr>
        <w:t xml:space="preserve"> – Recording Secretary</w:t>
      </w:r>
    </w:p>
    <w:p w14:paraId="3BD6A089" w14:textId="08742804" w:rsidR="0010130B" w:rsidRPr="007664E7" w:rsidRDefault="0010130B" w:rsidP="00125D73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7751418" w14:textId="6BB1432D" w:rsidR="008E1AB0" w:rsidRPr="007664E7" w:rsidRDefault="00FD61EE" w:rsidP="00125D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64E7"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COMMENT</w:t>
      </w:r>
      <w:r w:rsidRPr="007664E7"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</w:r>
      <w:r w:rsidR="0080397D" w:rsidRPr="007664E7">
        <w:rPr>
          <w:rFonts w:ascii="Times New Roman" w:hAnsi="Times New Roman" w:cs="Times New Roman"/>
          <w:sz w:val="24"/>
          <w:szCs w:val="24"/>
        </w:rPr>
        <w:t>N</w:t>
      </w:r>
      <w:r w:rsidR="00F369FB" w:rsidRPr="007664E7">
        <w:rPr>
          <w:rFonts w:ascii="Times New Roman" w:hAnsi="Times New Roman" w:cs="Times New Roman"/>
          <w:sz w:val="24"/>
          <w:szCs w:val="24"/>
        </w:rPr>
        <w:t>ONE</w:t>
      </w:r>
      <w:r w:rsidRPr="007664E7">
        <w:rPr>
          <w:rFonts w:ascii="Times New Roman" w:hAnsi="Times New Roman" w:cs="Times New Roman"/>
          <w:sz w:val="24"/>
          <w:szCs w:val="24"/>
        </w:rPr>
        <w:br/>
      </w:r>
      <w:r w:rsidRPr="007664E7">
        <w:rPr>
          <w:rFonts w:ascii="Times New Roman" w:hAnsi="Times New Roman" w:cs="Times New Roman"/>
          <w:sz w:val="24"/>
          <w:szCs w:val="24"/>
        </w:rPr>
        <w:br/>
      </w:r>
      <w:r w:rsidRPr="007664E7">
        <w:rPr>
          <w:rFonts w:ascii="Times New Roman" w:hAnsi="Times New Roman" w:cs="Times New Roman"/>
          <w:b/>
          <w:bCs/>
          <w:sz w:val="24"/>
          <w:szCs w:val="24"/>
          <w:u w:val="single"/>
        </w:rPr>
        <w:t>APPROVAL OF MINUTES</w:t>
      </w:r>
      <w:r w:rsidRPr="007664E7">
        <w:rPr>
          <w:rFonts w:ascii="Times New Roman" w:hAnsi="Times New Roman" w:cs="Times New Roman"/>
          <w:sz w:val="24"/>
          <w:szCs w:val="24"/>
        </w:rPr>
        <w:br/>
        <w:t xml:space="preserve">Motion by </w:t>
      </w:r>
      <w:r w:rsidR="001F4AA4" w:rsidRPr="007664E7">
        <w:rPr>
          <w:rFonts w:ascii="Times New Roman" w:hAnsi="Times New Roman" w:cs="Times New Roman"/>
          <w:sz w:val="24"/>
          <w:szCs w:val="24"/>
        </w:rPr>
        <w:t>Bender</w:t>
      </w:r>
      <w:r w:rsidRPr="007664E7">
        <w:rPr>
          <w:rFonts w:ascii="Times New Roman" w:hAnsi="Times New Roman" w:cs="Times New Roman"/>
          <w:sz w:val="24"/>
          <w:szCs w:val="24"/>
        </w:rPr>
        <w:t xml:space="preserve">, seconded by </w:t>
      </w:r>
      <w:r w:rsidR="008E1AB0" w:rsidRPr="007664E7">
        <w:rPr>
          <w:rFonts w:ascii="Times New Roman" w:hAnsi="Times New Roman" w:cs="Times New Roman"/>
          <w:sz w:val="24"/>
          <w:szCs w:val="24"/>
        </w:rPr>
        <w:t>Jarding</w:t>
      </w:r>
      <w:r w:rsidRPr="007664E7">
        <w:rPr>
          <w:rFonts w:ascii="Times New Roman" w:hAnsi="Times New Roman" w:cs="Times New Roman"/>
          <w:sz w:val="24"/>
          <w:szCs w:val="24"/>
        </w:rPr>
        <w:t xml:space="preserve">, to approve the minutes of </w:t>
      </w:r>
      <w:r w:rsidR="001F4AA4" w:rsidRPr="007664E7">
        <w:rPr>
          <w:rFonts w:ascii="Times New Roman" w:hAnsi="Times New Roman" w:cs="Times New Roman"/>
          <w:sz w:val="24"/>
          <w:szCs w:val="24"/>
        </w:rPr>
        <w:t xml:space="preserve"> </w:t>
      </w:r>
      <w:r w:rsidR="005526F4" w:rsidRPr="007664E7">
        <w:rPr>
          <w:rFonts w:ascii="Times New Roman" w:hAnsi="Times New Roman" w:cs="Times New Roman"/>
          <w:sz w:val="24"/>
          <w:szCs w:val="24"/>
        </w:rPr>
        <w:t>April 23, 2026</w:t>
      </w:r>
      <w:r w:rsidRPr="007664E7">
        <w:rPr>
          <w:rFonts w:ascii="Times New Roman" w:hAnsi="Times New Roman" w:cs="Times New Roman"/>
          <w:sz w:val="24"/>
          <w:szCs w:val="24"/>
        </w:rPr>
        <w:t>.</w:t>
      </w:r>
      <w:r w:rsidRPr="007664E7">
        <w:rPr>
          <w:rFonts w:ascii="Times New Roman" w:hAnsi="Times New Roman" w:cs="Times New Roman"/>
          <w:sz w:val="24"/>
          <w:szCs w:val="24"/>
        </w:rPr>
        <w:br/>
        <w:t>Vote: All members voted aye</w:t>
      </w:r>
      <w:r w:rsidR="0080397D" w:rsidRPr="007664E7">
        <w:rPr>
          <w:rFonts w:ascii="Times New Roman" w:hAnsi="Times New Roman" w:cs="Times New Roman"/>
          <w:sz w:val="24"/>
          <w:szCs w:val="24"/>
        </w:rPr>
        <w:t>.</w:t>
      </w:r>
      <w:r w:rsidR="003E0619" w:rsidRPr="007664E7">
        <w:rPr>
          <w:rFonts w:ascii="Times New Roman" w:hAnsi="Times New Roman" w:cs="Times New Roman"/>
          <w:sz w:val="24"/>
          <w:szCs w:val="24"/>
        </w:rPr>
        <w:t xml:space="preserve"> </w:t>
      </w:r>
      <w:r w:rsidRPr="007664E7">
        <w:rPr>
          <w:rFonts w:ascii="Times New Roman" w:hAnsi="Times New Roman" w:cs="Times New Roman"/>
          <w:sz w:val="24"/>
          <w:szCs w:val="24"/>
        </w:rPr>
        <w:t>Motion carried.</w:t>
      </w:r>
      <w:r w:rsidRPr="007664E7">
        <w:rPr>
          <w:rFonts w:ascii="Times New Roman" w:hAnsi="Times New Roman" w:cs="Times New Roman"/>
          <w:sz w:val="24"/>
          <w:szCs w:val="24"/>
        </w:rPr>
        <w:br/>
      </w:r>
      <w:r w:rsidRPr="007664E7">
        <w:rPr>
          <w:rFonts w:ascii="Times New Roman" w:hAnsi="Times New Roman" w:cs="Times New Roman"/>
          <w:sz w:val="24"/>
          <w:szCs w:val="24"/>
        </w:rPr>
        <w:br/>
      </w:r>
      <w:r w:rsidRPr="007664E7">
        <w:rPr>
          <w:rFonts w:ascii="Times New Roman" w:hAnsi="Times New Roman" w:cs="Times New Roman"/>
          <w:b/>
          <w:bCs/>
          <w:sz w:val="24"/>
          <w:szCs w:val="24"/>
          <w:u w:val="single"/>
        </w:rPr>
        <w:t>APPROVAL OF AGENDA</w:t>
      </w:r>
      <w:r w:rsidRPr="007664E7">
        <w:rPr>
          <w:rFonts w:ascii="Times New Roman" w:hAnsi="Times New Roman" w:cs="Times New Roman"/>
          <w:sz w:val="24"/>
          <w:szCs w:val="24"/>
        </w:rPr>
        <w:br/>
        <w:t xml:space="preserve">Motion by </w:t>
      </w:r>
      <w:r w:rsidR="008E1AB0" w:rsidRPr="007664E7">
        <w:rPr>
          <w:rFonts w:ascii="Times New Roman" w:hAnsi="Times New Roman" w:cs="Times New Roman"/>
          <w:sz w:val="24"/>
          <w:szCs w:val="24"/>
        </w:rPr>
        <w:t>Freeman</w:t>
      </w:r>
      <w:r w:rsidR="007E0EE9" w:rsidRPr="007664E7">
        <w:rPr>
          <w:rFonts w:ascii="Times New Roman" w:hAnsi="Times New Roman" w:cs="Times New Roman"/>
          <w:sz w:val="24"/>
          <w:szCs w:val="24"/>
        </w:rPr>
        <w:t xml:space="preserve"> </w:t>
      </w:r>
      <w:r w:rsidRPr="007664E7">
        <w:rPr>
          <w:rFonts w:ascii="Times New Roman" w:hAnsi="Times New Roman" w:cs="Times New Roman"/>
          <w:sz w:val="24"/>
          <w:szCs w:val="24"/>
        </w:rPr>
        <w:t xml:space="preserve">seconded by </w:t>
      </w:r>
      <w:r w:rsidR="00F369FB" w:rsidRPr="007664E7">
        <w:rPr>
          <w:rFonts w:ascii="Times New Roman" w:hAnsi="Times New Roman" w:cs="Times New Roman"/>
          <w:sz w:val="24"/>
          <w:szCs w:val="24"/>
        </w:rPr>
        <w:t>Fox</w:t>
      </w:r>
      <w:r w:rsidRPr="007664E7">
        <w:rPr>
          <w:rFonts w:ascii="Times New Roman" w:hAnsi="Times New Roman" w:cs="Times New Roman"/>
          <w:sz w:val="24"/>
          <w:szCs w:val="24"/>
        </w:rPr>
        <w:t>, to approve the agenda as presented.</w:t>
      </w:r>
      <w:r w:rsidRPr="007664E7">
        <w:rPr>
          <w:rFonts w:ascii="Times New Roman" w:hAnsi="Times New Roman" w:cs="Times New Roman"/>
          <w:sz w:val="24"/>
          <w:szCs w:val="24"/>
        </w:rPr>
        <w:br/>
        <w:t>Vote: All members voted aye.</w:t>
      </w:r>
      <w:r w:rsidR="003E0619" w:rsidRPr="007664E7">
        <w:rPr>
          <w:rFonts w:ascii="Times New Roman" w:hAnsi="Times New Roman" w:cs="Times New Roman"/>
          <w:sz w:val="24"/>
          <w:szCs w:val="24"/>
        </w:rPr>
        <w:t xml:space="preserve"> </w:t>
      </w:r>
      <w:r w:rsidRPr="007664E7">
        <w:rPr>
          <w:rFonts w:ascii="Times New Roman" w:hAnsi="Times New Roman" w:cs="Times New Roman"/>
          <w:sz w:val="24"/>
          <w:szCs w:val="24"/>
        </w:rPr>
        <w:t>Motion carried.</w:t>
      </w:r>
      <w:r w:rsidRPr="007664E7">
        <w:rPr>
          <w:rFonts w:ascii="Times New Roman" w:hAnsi="Times New Roman" w:cs="Times New Roman"/>
          <w:sz w:val="24"/>
          <w:szCs w:val="24"/>
        </w:rPr>
        <w:br/>
      </w:r>
      <w:r w:rsidRPr="007664E7">
        <w:rPr>
          <w:rFonts w:ascii="Times New Roman" w:hAnsi="Times New Roman" w:cs="Times New Roman"/>
          <w:sz w:val="24"/>
          <w:szCs w:val="24"/>
        </w:rPr>
        <w:br/>
      </w:r>
      <w:r w:rsidRPr="007664E7">
        <w:rPr>
          <w:rFonts w:ascii="Times New Roman" w:hAnsi="Times New Roman" w:cs="Times New Roman"/>
          <w:b/>
          <w:bCs/>
          <w:sz w:val="24"/>
          <w:szCs w:val="24"/>
          <w:u w:val="single"/>
        </w:rPr>
        <w:t>DISCLOSURE OF CONFLICT OF INTEREST</w:t>
      </w:r>
      <w:r w:rsidRPr="007664E7">
        <w:rPr>
          <w:rFonts w:ascii="Times New Roman" w:hAnsi="Times New Roman" w:cs="Times New Roman"/>
          <w:sz w:val="24"/>
          <w:szCs w:val="24"/>
        </w:rPr>
        <w:br/>
      </w:r>
      <w:r w:rsidR="008E1AB0" w:rsidRPr="007664E7">
        <w:rPr>
          <w:rFonts w:ascii="Times New Roman" w:hAnsi="Times New Roman" w:cs="Times New Roman"/>
          <w:sz w:val="24"/>
          <w:szCs w:val="24"/>
        </w:rPr>
        <w:t>None at this time</w:t>
      </w:r>
    </w:p>
    <w:p w14:paraId="37001166" w14:textId="77777777" w:rsidR="001F4AA4" w:rsidRPr="007664E7" w:rsidRDefault="001F4AA4" w:rsidP="00125D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51DF79" w14:textId="66D13287" w:rsidR="001F4AA4" w:rsidRPr="007664E7" w:rsidRDefault="001F4AA4" w:rsidP="00125D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64E7">
        <w:rPr>
          <w:rFonts w:ascii="Times New Roman" w:hAnsi="Times New Roman" w:cs="Times New Roman"/>
          <w:sz w:val="24"/>
          <w:szCs w:val="24"/>
        </w:rPr>
        <w:t>Via phone: David Alexander joined the meeting to give an update on the engineering process of Mitchell Quarry</w:t>
      </w:r>
      <w:r w:rsidR="00E40E45" w:rsidRPr="007664E7">
        <w:rPr>
          <w:rFonts w:ascii="Times New Roman" w:hAnsi="Times New Roman" w:cs="Times New Roman"/>
          <w:sz w:val="24"/>
          <w:szCs w:val="24"/>
        </w:rPr>
        <w:t>’s</w:t>
      </w:r>
      <w:r w:rsidRPr="007664E7">
        <w:rPr>
          <w:rFonts w:ascii="Times New Roman" w:hAnsi="Times New Roman" w:cs="Times New Roman"/>
          <w:sz w:val="24"/>
          <w:szCs w:val="24"/>
        </w:rPr>
        <w:t xml:space="preserve"> south wall adjacent to the Hanson County right of way</w:t>
      </w:r>
      <w:r w:rsidR="00E40E45" w:rsidRPr="007664E7">
        <w:rPr>
          <w:rFonts w:ascii="Times New Roman" w:hAnsi="Times New Roman" w:cs="Times New Roman"/>
          <w:sz w:val="24"/>
          <w:szCs w:val="24"/>
        </w:rPr>
        <w:t>.</w:t>
      </w:r>
      <w:r w:rsidR="00AC6D8B" w:rsidRPr="007664E7">
        <w:rPr>
          <w:rFonts w:ascii="Times New Roman" w:hAnsi="Times New Roman" w:cs="Times New Roman"/>
          <w:sz w:val="24"/>
          <w:szCs w:val="24"/>
        </w:rPr>
        <w:t xml:space="preserve"> </w:t>
      </w:r>
      <w:r w:rsidR="00F369FB" w:rsidRPr="007664E7">
        <w:rPr>
          <w:rFonts w:ascii="Times New Roman" w:hAnsi="Times New Roman" w:cs="Times New Roman"/>
          <w:sz w:val="24"/>
          <w:szCs w:val="24"/>
        </w:rPr>
        <w:t xml:space="preserve">A stormwater drainage plan and south </w:t>
      </w:r>
      <w:r w:rsidR="00EF26EC" w:rsidRPr="007664E7">
        <w:rPr>
          <w:rFonts w:ascii="Times New Roman" w:hAnsi="Times New Roman" w:cs="Times New Roman"/>
          <w:sz w:val="24"/>
          <w:szCs w:val="24"/>
        </w:rPr>
        <w:t xml:space="preserve">high </w:t>
      </w:r>
      <w:r w:rsidR="00F369FB" w:rsidRPr="007664E7">
        <w:rPr>
          <w:rFonts w:ascii="Times New Roman" w:hAnsi="Times New Roman" w:cs="Times New Roman"/>
          <w:sz w:val="24"/>
          <w:szCs w:val="24"/>
        </w:rPr>
        <w:t xml:space="preserve">wall </w:t>
      </w:r>
      <w:r w:rsidR="00EF26EC" w:rsidRPr="007664E7">
        <w:rPr>
          <w:rFonts w:ascii="Times New Roman" w:hAnsi="Times New Roman" w:cs="Times New Roman"/>
          <w:sz w:val="24"/>
          <w:szCs w:val="24"/>
        </w:rPr>
        <w:t>stabilization</w:t>
      </w:r>
      <w:r w:rsidR="00F369FB" w:rsidRPr="007664E7">
        <w:rPr>
          <w:rFonts w:ascii="Times New Roman" w:hAnsi="Times New Roman" w:cs="Times New Roman"/>
          <w:sz w:val="24"/>
          <w:szCs w:val="24"/>
        </w:rPr>
        <w:t xml:space="preserve"> </w:t>
      </w:r>
      <w:r w:rsidR="00EF26EC" w:rsidRPr="007664E7">
        <w:rPr>
          <w:rFonts w:ascii="Times New Roman" w:hAnsi="Times New Roman" w:cs="Times New Roman"/>
          <w:sz w:val="24"/>
          <w:szCs w:val="24"/>
        </w:rPr>
        <w:t xml:space="preserve">(50% complete) </w:t>
      </w:r>
      <w:r w:rsidR="00F369FB" w:rsidRPr="007664E7">
        <w:rPr>
          <w:rFonts w:ascii="Times New Roman" w:hAnsi="Times New Roman" w:cs="Times New Roman"/>
          <w:sz w:val="24"/>
          <w:szCs w:val="24"/>
        </w:rPr>
        <w:t>plan was submitted to the Board by RES</w:t>
      </w:r>
      <w:r w:rsidR="00EF26EC" w:rsidRPr="007664E7">
        <w:rPr>
          <w:rFonts w:ascii="Times New Roman" w:hAnsi="Times New Roman" w:cs="Times New Roman"/>
          <w:sz w:val="24"/>
          <w:szCs w:val="24"/>
        </w:rPr>
        <w:t>PEC Company LLC. A 100% completed engineering plan will be presented to the Board July 23, 2026. Mr. Alexander stated that he is using water for dust control today May 28, 2026, on 257</w:t>
      </w:r>
      <w:r w:rsidR="00EF26EC" w:rsidRPr="007664E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F26EC" w:rsidRPr="007664E7">
        <w:rPr>
          <w:rFonts w:ascii="Times New Roman" w:hAnsi="Times New Roman" w:cs="Times New Roman"/>
          <w:sz w:val="24"/>
          <w:szCs w:val="24"/>
        </w:rPr>
        <w:t xml:space="preserve"> St. and will be using a dust control chemical Monday June 1, 2026, per the road agreement with Hanson County. </w:t>
      </w:r>
    </w:p>
    <w:p w14:paraId="218F9B2F" w14:textId="6BB5D68F" w:rsidR="00125D73" w:rsidRPr="007664E7" w:rsidRDefault="00FD61EE" w:rsidP="00125D73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664E7">
        <w:rPr>
          <w:rFonts w:ascii="Times New Roman" w:hAnsi="Times New Roman" w:cs="Times New Roman"/>
          <w:sz w:val="24"/>
          <w:szCs w:val="24"/>
        </w:rPr>
        <w:lastRenderedPageBreak/>
        <w:br/>
      </w:r>
      <w:r w:rsidR="00125D73" w:rsidRPr="007664E7">
        <w:rPr>
          <w:rFonts w:ascii="Times New Roman" w:hAnsi="Times New Roman" w:cs="Times New Roman"/>
          <w:sz w:val="24"/>
          <w:szCs w:val="24"/>
        </w:rPr>
        <w:t xml:space="preserve">Motion by </w:t>
      </w:r>
      <w:r w:rsidR="001D519A" w:rsidRPr="007664E7">
        <w:rPr>
          <w:rFonts w:ascii="Times New Roman" w:hAnsi="Times New Roman" w:cs="Times New Roman"/>
          <w:sz w:val="24"/>
          <w:szCs w:val="24"/>
        </w:rPr>
        <w:t>Jarding</w:t>
      </w:r>
      <w:r w:rsidR="00125D73" w:rsidRPr="007664E7">
        <w:rPr>
          <w:rFonts w:ascii="Times New Roman" w:hAnsi="Times New Roman" w:cs="Times New Roman"/>
          <w:sz w:val="24"/>
          <w:szCs w:val="24"/>
        </w:rPr>
        <w:t xml:space="preserve">, seconded by </w:t>
      </w:r>
      <w:r w:rsidR="001D519A" w:rsidRPr="007664E7">
        <w:rPr>
          <w:rFonts w:ascii="Times New Roman" w:hAnsi="Times New Roman" w:cs="Times New Roman"/>
          <w:sz w:val="24"/>
          <w:szCs w:val="24"/>
        </w:rPr>
        <w:t>Schoenrock</w:t>
      </w:r>
      <w:r w:rsidR="00125D73" w:rsidRPr="007664E7">
        <w:rPr>
          <w:rFonts w:ascii="Times New Roman" w:hAnsi="Times New Roman" w:cs="Times New Roman"/>
          <w:sz w:val="24"/>
          <w:szCs w:val="24"/>
        </w:rPr>
        <w:t>, to recess as the Planning Commission and convene as the Board of Adjustment at 9:0</w:t>
      </w:r>
      <w:r w:rsidR="00ED3FD1" w:rsidRPr="007664E7">
        <w:rPr>
          <w:rFonts w:ascii="Times New Roman" w:hAnsi="Times New Roman" w:cs="Times New Roman"/>
          <w:sz w:val="24"/>
          <w:szCs w:val="24"/>
        </w:rPr>
        <w:t>7</w:t>
      </w:r>
      <w:r w:rsidR="00125D73" w:rsidRPr="007664E7">
        <w:rPr>
          <w:rFonts w:ascii="Times New Roman" w:hAnsi="Times New Roman" w:cs="Times New Roman"/>
          <w:sz w:val="24"/>
          <w:szCs w:val="24"/>
        </w:rPr>
        <w:t>am.</w:t>
      </w:r>
      <w:r w:rsidR="00125D73" w:rsidRPr="007664E7">
        <w:rPr>
          <w:rFonts w:ascii="Times New Roman" w:hAnsi="Times New Roman" w:cs="Times New Roman"/>
          <w:sz w:val="24"/>
          <w:szCs w:val="24"/>
        </w:rPr>
        <w:br/>
        <w:t>Vote: All members vote aye. Motion carried.</w:t>
      </w:r>
    </w:p>
    <w:p w14:paraId="45DBE0DC" w14:textId="77777777" w:rsidR="00125D73" w:rsidRPr="00B70AF6" w:rsidRDefault="00125D73" w:rsidP="00125D73">
      <w:pPr>
        <w:spacing w:after="0"/>
        <w:rPr>
          <w:rFonts w:ascii="Times New Roman" w:hAnsi="Times New Roman" w:cs="Times New Roman"/>
          <w:b/>
          <w:bCs/>
          <w:u w:val="single"/>
        </w:rPr>
      </w:pPr>
    </w:p>
    <w:p w14:paraId="36A9DCF4" w14:textId="74858C73" w:rsidR="008E1AB0" w:rsidRPr="00B70AF6" w:rsidRDefault="00FD61EE" w:rsidP="00E939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70AF6">
        <w:rPr>
          <w:rFonts w:ascii="Times New Roman" w:hAnsi="Times New Roman" w:cs="Times New Roman"/>
          <w:b/>
          <w:bCs/>
          <w:u w:val="single"/>
        </w:rPr>
        <w:t xml:space="preserve">BOARD OF ADJUSTMENT </w:t>
      </w:r>
      <w:r w:rsidRPr="00B70AF6">
        <w:rPr>
          <w:rFonts w:ascii="Times New Roman" w:hAnsi="Times New Roman" w:cs="Times New Roman"/>
        </w:rPr>
        <w:br/>
      </w:r>
      <w:r w:rsidR="008E1AB0" w:rsidRPr="00B70A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Applicant: </w:t>
      </w:r>
      <w:r w:rsidR="008E1AB0" w:rsidRPr="00B70AF6">
        <w:rPr>
          <w:rFonts w:ascii="Times New Roman" w:eastAsia="Times New Roman" w:hAnsi="Times New Roman" w:cs="Times New Roman"/>
          <w:sz w:val="24"/>
          <w:szCs w:val="24"/>
        </w:rPr>
        <w:t xml:space="preserve">Nathan F Smith, Hannah R Beaton, &amp; Donald J </w:t>
      </w:r>
      <w:proofErr w:type="spellStart"/>
      <w:r w:rsidR="008E1AB0" w:rsidRPr="00B70AF6">
        <w:rPr>
          <w:rFonts w:ascii="Times New Roman" w:eastAsia="Times New Roman" w:hAnsi="Times New Roman" w:cs="Times New Roman"/>
          <w:sz w:val="24"/>
          <w:szCs w:val="24"/>
        </w:rPr>
        <w:t>Deboer</w:t>
      </w:r>
      <w:proofErr w:type="spellEnd"/>
      <w:r w:rsidR="008E1AB0" w:rsidRPr="00B70AF6">
        <w:rPr>
          <w:rFonts w:ascii="Times New Roman" w:eastAsia="Times New Roman" w:hAnsi="Times New Roman" w:cs="Times New Roman"/>
          <w:sz w:val="24"/>
          <w:szCs w:val="24"/>
        </w:rPr>
        <w:t xml:space="preserve"> TR</w:t>
      </w:r>
    </w:p>
    <w:p w14:paraId="2D8E5EF3" w14:textId="0641D45A" w:rsidR="008E1AB0" w:rsidRPr="00B70AF6" w:rsidRDefault="008E1AB0" w:rsidP="008E1AB0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B70A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Request: </w:t>
      </w:r>
      <w:r w:rsidRPr="00B70AF6">
        <w:rPr>
          <w:rFonts w:ascii="Times New Roman" w:eastAsia="Times New Roman" w:hAnsi="Times New Roman" w:cs="Times New Roman"/>
          <w:sz w:val="24"/>
          <w:szCs w:val="24"/>
        </w:rPr>
        <w:t xml:space="preserve">Variance to allow the owner to describe a lot less than 10 acres and vacating and </w:t>
      </w:r>
      <w:proofErr w:type="gramStart"/>
      <w:r w:rsidRPr="00B70AF6">
        <w:rPr>
          <w:rFonts w:ascii="Times New Roman" w:eastAsia="Times New Roman" w:hAnsi="Times New Roman" w:cs="Times New Roman"/>
          <w:sz w:val="24"/>
          <w:szCs w:val="24"/>
        </w:rPr>
        <w:t>replating</w:t>
      </w:r>
      <w:proofErr w:type="gramEnd"/>
      <w:r w:rsidRPr="00B70AF6">
        <w:rPr>
          <w:rFonts w:ascii="Times New Roman" w:eastAsia="Times New Roman" w:hAnsi="Times New Roman" w:cs="Times New Roman"/>
          <w:sz w:val="24"/>
          <w:szCs w:val="24"/>
        </w:rPr>
        <w:t xml:space="preserve"> current plat</w:t>
      </w:r>
    </w:p>
    <w:p w14:paraId="3BB8B91E" w14:textId="38A280DA" w:rsidR="0000740A" w:rsidRPr="00B70AF6" w:rsidRDefault="008E1AB0" w:rsidP="0000740A">
      <w:pPr>
        <w:spacing w:after="0" w:line="240" w:lineRule="auto"/>
        <w:outlineLvl w:val="2"/>
        <w:rPr>
          <w:rFonts w:ascii="Times New Roman" w:eastAsia="Times New Roman" w:hAnsi="Times New Roman" w:cs="Times New Roman"/>
        </w:rPr>
      </w:pPr>
      <w:r w:rsidRPr="00B70A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Legal Description: </w:t>
      </w:r>
      <w:r w:rsidRPr="00B70AF6">
        <w:rPr>
          <w:rFonts w:ascii="Times New Roman" w:eastAsia="Times New Roman" w:hAnsi="Times New Roman" w:cs="Times New Roman"/>
          <w:sz w:val="24"/>
          <w:szCs w:val="24"/>
        </w:rPr>
        <w:t xml:space="preserve">DEBOER TRACT 5 SW4 20-103-59 &amp; </w:t>
      </w:r>
      <w:r w:rsidR="0000740A" w:rsidRPr="00B70AF6">
        <w:rPr>
          <w:rFonts w:ascii="Times New Roman" w:eastAsia="Times New Roman" w:hAnsi="Times New Roman" w:cs="Times New Roman"/>
        </w:rPr>
        <w:t xml:space="preserve">SW4 (LESS </w:t>
      </w:r>
      <w:proofErr w:type="gramStart"/>
      <w:r w:rsidR="0000740A" w:rsidRPr="00B70AF6">
        <w:rPr>
          <w:rFonts w:ascii="Times New Roman" w:eastAsia="Times New Roman" w:hAnsi="Times New Roman" w:cs="Times New Roman"/>
        </w:rPr>
        <w:t>LOTS</w:t>
      </w:r>
      <w:proofErr w:type="gramEnd"/>
      <w:r w:rsidR="0000740A" w:rsidRPr="00B70AF6">
        <w:rPr>
          <w:rFonts w:ascii="Times New Roman" w:eastAsia="Times New Roman" w:hAnsi="Times New Roman" w:cs="Times New Roman"/>
        </w:rPr>
        <w:t xml:space="preserve"> A-B-C; DEBOER TRACTS 1-2-3-4-5; DEGEN TRACT 1A; DOUG LOT D &amp; E; HWY LOTS) 20-103-59</w:t>
      </w:r>
    </w:p>
    <w:p w14:paraId="63D9F689" w14:textId="2ED4250B" w:rsidR="00AC6D8B" w:rsidRDefault="00C6187B" w:rsidP="00E939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Finding of Facts:</w:t>
      </w:r>
    </w:p>
    <w:p w14:paraId="10AC6747" w14:textId="0D040536" w:rsidR="00C6187B" w:rsidRDefault="00C6187B" w:rsidP="00C6187B">
      <w:pPr>
        <w:pStyle w:val="ListParagraph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70AF6">
        <w:rPr>
          <w:rFonts w:ascii="Times New Roman" w:eastAsia="Times New Roman" w:hAnsi="Times New Roman" w:cs="Times New Roman"/>
          <w:sz w:val="24"/>
          <w:szCs w:val="24"/>
        </w:rPr>
        <w:t>Nathan F Smith, Hannah R Beaton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are the owners of </w:t>
      </w:r>
      <w:r w:rsidRPr="00B70AF6">
        <w:rPr>
          <w:rFonts w:ascii="Times New Roman" w:eastAsia="Times New Roman" w:hAnsi="Times New Roman" w:cs="Times New Roman"/>
          <w:sz w:val="24"/>
          <w:szCs w:val="24"/>
        </w:rPr>
        <w:t>DEBOER TRACT 5 SW4 20-103-59</w:t>
      </w:r>
    </w:p>
    <w:p w14:paraId="32699B74" w14:textId="194F3D95" w:rsidR="00C6187B" w:rsidRPr="00C6187B" w:rsidRDefault="00C6187B" w:rsidP="00C6187B">
      <w:pPr>
        <w:pStyle w:val="ListParagraph"/>
        <w:numPr>
          <w:ilvl w:val="0"/>
          <w:numId w:val="14"/>
        </w:numPr>
        <w:spacing w:after="0" w:line="240" w:lineRule="auto"/>
        <w:outlineLvl w:val="2"/>
        <w:rPr>
          <w:rFonts w:ascii="Times New Roman" w:eastAsia="Times New Roman" w:hAnsi="Times New Roman" w:cs="Times New Roman"/>
        </w:rPr>
      </w:pPr>
      <w:r w:rsidRPr="00C6187B">
        <w:rPr>
          <w:rFonts w:ascii="Times New Roman" w:eastAsia="Times New Roman" w:hAnsi="Times New Roman" w:cs="Times New Roman"/>
          <w:sz w:val="24"/>
          <w:szCs w:val="24"/>
        </w:rPr>
        <w:t xml:space="preserve">Donald J </w:t>
      </w:r>
      <w:proofErr w:type="spellStart"/>
      <w:r w:rsidRPr="00C6187B">
        <w:rPr>
          <w:rFonts w:ascii="Times New Roman" w:eastAsia="Times New Roman" w:hAnsi="Times New Roman" w:cs="Times New Roman"/>
          <w:sz w:val="24"/>
          <w:szCs w:val="24"/>
        </w:rPr>
        <w:t>Deboer</w:t>
      </w:r>
      <w:proofErr w:type="spellEnd"/>
      <w:r w:rsidRPr="00C6187B">
        <w:rPr>
          <w:rFonts w:ascii="Times New Roman" w:eastAsia="Times New Roman" w:hAnsi="Times New Roman" w:cs="Times New Roman"/>
          <w:sz w:val="24"/>
          <w:szCs w:val="24"/>
        </w:rPr>
        <w:t xml:space="preserve"> TR </w:t>
      </w:r>
      <w:r w:rsidR="00B2601D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C6187B">
        <w:rPr>
          <w:rFonts w:ascii="Times New Roman" w:eastAsia="Times New Roman" w:hAnsi="Times New Roman" w:cs="Times New Roman"/>
          <w:sz w:val="24"/>
          <w:szCs w:val="24"/>
        </w:rPr>
        <w:t xml:space="preserve"> the owner of </w:t>
      </w:r>
      <w:r w:rsidRPr="00C6187B">
        <w:rPr>
          <w:rFonts w:ascii="Times New Roman" w:eastAsia="Times New Roman" w:hAnsi="Times New Roman" w:cs="Times New Roman"/>
        </w:rPr>
        <w:t xml:space="preserve">SW4 (LESS </w:t>
      </w:r>
      <w:proofErr w:type="gramStart"/>
      <w:r w:rsidRPr="00C6187B">
        <w:rPr>
          <w:rFonts w:ascii="Times New Roman" w:eastAsia="Times New Roman" w:hAnsi="Times New Roman" w:cs="Times New Roman"/>
        </w:rPr>
        <w:t>LOTS</w:t>
      </w:r>
      <w:proofErr w:type="gramEnd"/>
      <w:r w:rsidRPr="00C6187B">
        <w:rPr>
          <w:rFonts w:ascii="Times New Roman" w:eastAsia="Times New Roman" w:hAnsi="Times New Roman" w:cs="Times New Roman"/>
        </w:rPr>
        <w:t xml:space="preserve"> A-B-C; DEBOER TRACTS 1-2-3-4-5; DEGEN TRACT 1A; DOUG LOT D &amp; E; HWY LOTS) 20-103-59</w:t>
      </w:r>
    </w:p>
    <w:p w14:paraId="7F171D3C" w14:textId="45D63833" w:rsidR="00C6187B" w:rsidRDefault="00B2601D" w:rsidP="00C6187B">
      <w:pPr>
        <w:pStyle w:val="ListParagraph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Asking to vacate Tract 5, 3.52 acres and replat to Tract 6, 5.29 acres.</w:t>
      </w:r>
    </w:p>
    <w:p w14:paraId="41D5F9CB" w14:textId="748342D9" w:rsidR="00B2601D" w:rsidRDefault="00B2601D" w:rsidP="00B2601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Motion by Bender and seconded by Freeman to approve Variance with the following conditions:</w:t>
      </w:r>
    </w:p>
    <w:p w14:paraId="59023D59" w14:textId="0BEC5718" w:rsidR="00B2601D" w:rsidRDefault="00B2601D" w:rsidP="00B2601D">
      <w:pPr>
        <w:pStyle w:val="ListParagraph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 Agriculture Covenant to be recorded with the Hanson County Registrar of Deeds</w:t>
      </w:r>
    </w:p>
    <w:p w14:paraId="743FA360" w14:textId="517DA820" w:rsidR="00C6187B" w:rsidRDefault="00B2601D" w:rsidP="00B2601D">
      <w:pPr>
        <w:pStyle w:val="ListParagraph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2601D">
        <w:rPr>
          <w:rFonts w:ascii="Times New Roman" w:eastAsia="Times New Roman" w:hAnsi="Times New Roman" w:cs="Times New Roman"/>
          <w:sz w:val="24"/>
          <w:szCs w:val="24"/>
        </w:rPr>
        <w:t xml:space="preserve">DEBOER TRACT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2601D">
        <w:rPr>
          <w:rFonts w:ascii="Times New Roman" w:eastAsia="Times New Roman" w:hAnsi="Times New Roman" w:cs="Times New Roman"/>
          <w:sz w:val="24"/>
          <w:szCs w:val="24"/>
        </w:rPr>
        <w:t xml:space="preserve"> SW4 20-103-59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be approved by this Board and Hanson County Commissioner’s</w:t>
      </w:r>
    </w:p>
    <w:p w14:paraId="5EE3AFED" w14:textId="77777777" w:rsidR="00B2601D" w:rsidRDefault="00B2601D" w:rsidP="00B2601D">
      <w:pPr>
        <w:pStyle w:val="ListParagraph"/>
        <w:numPr>
          <w:ilvl w:val="0"/>
          <w:numId w:val="15"/>
        </w:numPr>
        <w:spacing w:after="0" w:line="240" w:lineRule="auto"/>
        <w:outlineLvl w:val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All Federal, State, and local laws and regulations to be followed</w:t>
      </w:r>
    </w:p>
    <w:p w14:paraId="31608539" w14:textId="00093E02" w:rsidR="00B2601D" w:rsidRPr="00482F0B" w:rsidRDefault="00930636" w:rsidP="00B2601D">
      <w:pPr>
        <w:pStyle w:val="ListParagraph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New easement to </w:t>
      </w:r>
      <w:r w:rsidRPr="00C6187B">
        <w:rPr>
          <w:rFonts w:ascii="Times New Roman" w:eastAsia="Times New Roman" w:hAnsi="Times New Roman" w:cs="Times New Roman"/>
        </w:rPr>
        <w:t xml:space="preserve">SW4 (LESS </w:t>
      </w:r>
      <w:proofErr w:type="gramStart"/>
      <w:r w:rsidRPr="00C6187B">
        <w:rPr>
          <w:rFonts w:ascii="Times New Roman" w:eastAsia="Times New Roman" w:hAnsi="Times New Roman" w:cs="Times New Roman"/>
        </w:rPr>
        <w:t>LOTS</w:t>
      </w:r>
      <w:proofErr w:type="gramEnd"/>
      <w:r w:rsidRPr="00C6187B">
        <w:rPr>
          <w:rFonts w:ascii="Times New Roman" w:eastAsia="Times New Roman" w:hAnsi="Times New Roman" w:cs="Times New Roman"/>
        </w:rPr>
        <w:t xml:space="preserve"> A-B-C; DEBOER TRACTS 1-2-3-4-5; DEGEN TRACT 1A; DOUG LOT D &amp; E; HWY LOTS) 20-103-59</w:t>
      </w:r>
      <w:r>
        <w:rPr>
          <w:rFonts w:ascii="Times New Roman" w:eastAsia="Times New Roman" w:hAnsi="Times New Roman" w:cs="Times New Roman"/>
        </w:rPr>
        <w:t xml:space="preserve"> recorded with the Hanson County Registrar of Deeds</w:t>
      </w:r>
    </w:p>
    <w:p w14:paraId="0099AF61" w14:textId="4C2EAD0D" w:rsidR="00482F0B" w:rsidRPr="00482F0B" w:rsidRDefault="00482F0B" w:rsidP="00482F0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 members voted aye. Motion passed</w:t>
      </w:r>
    </w:p>
    <w:p w14:paraId="7DE6B76D" w14:textId="77777777" w:rsidR="00482F0B" w:rsidRDefault="00482F0B" w:rsidP="006D0634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462BAC4" w14:textId="35B1B7D8" w:rsidR="006D0634" w:rsidRPr="006D0634" w:rsidRDefault="006D0634" w:rsidP="006D0634">
      <w:pPr>
        <w:spacing w:after="0"/>
        <w:rPr>
          <w:rFonts w:ascii="Times New Roman" w:eastAsia="MS Mincho" w:hAnsi="Times New Roman" w:cs="Times New Roman"/>
          <w:sz w:val="24"/>
          <w:szCs w:val="24"/>
        </w:rPr>
      </w:pPr>
      <w:r w:rsidRPr="006D0634">
        <w:rPr>
          <w:rFonts w:ascii="Times New Roman" w:eastAsia="Times New Roman" w:hAnsi="Times New Roman" w:cs="Times New Roman"/>
          <w:b/>
          <w:bCs/>
          <w:sz w:val="24"/>
          <w:szCs w:val="24"/>
        </w:rPr>
        <w:t>Applicant:</w:t>
      </w:r>
      <w:r w:rsidRPr="006D0634">
        <w:rPr>
          <w:rFonts w:ascii="Times New Roman" w:eastAsia="MS Mincho" w:hAnsi="Times New Roman" w:cs="Times New Roman"/>
          <w:sz w:val="24"/>
          <w:szCs w:val="24"/>
        </w:rPr>
        <w:t xml:space="preserve"> Connor </w:t>
      </w:r>
      <w:proofErr w:type="spellStart"/>
      <w:r w:rsidRPr="006D0634">
        <w:rPr>
          <w:rFonts w:ascii="Times New Roman" w:eastAsia="MS Mincho" w:hAnsi="Times New Roman" w:cs="Times New Roman"/>
          <w:sz w:val="24"/>
          <w:szCs w:val="24"/>
        </w:rPr>
        <w:t>Tuschen</w:t>
      </w:r>
      <w:proofErr w:type="spellEnd"/>
      <w:r w:rsidR="00482F0B">
        <w:rPr>
          <w:rFonts w:ascii="Times New Roman" w:eastAsia="MS Mincho" w:hAnsi="Times New Roman" w:cs="Times New Roman"/>
          <w:sz w:val="24"/>
          <w:szCs w:val="24"/>
        </w:rPr>
        <w:t xml:space="preserve">/ </w:t>
      </w:r>
      <w:r w:rsidR="00482F0B" w:rsidRPr="00482F0B">
        <w:rPr>
          <w:rFonts w:ascii="Times New Roman" w:eastAsia="MS Mincho" w:hAnsi="Times New Roman" w:cs="Times New Roman"/>
          <w:sz w:val="24"/>
          <w:szCs w:val="24"/>
        </w:rPr>
        <w:t>KGT INC</w:t>
      </w:r>
    </w:p>
    <w:p w14:paraId="60FBAF5B" w14:textId="09CFE4E3" w:rsidR="006D0634" w:rsidRPr="006D0634" w:rsidRDefault="006D0634" w:rsidP="006D0634">
      <w:pPr>
        <w:spacing w:after="0"/>
        <w:rPr>
          <w:rFonts w:ascii="Times New Roman" w:eastAsia="MS Mincho" w:hAnsi="Times New Roman" w:cs="Times New Roman"/>
          <w:sz w:val="24"/>
          <w:szCs w:val="24"/>
        </w:rPr>
      </w:pPr>
      <w:r w:rsidRPr="006D0634">
        <w:rPr>
          <w:rFonts w:ascii="Times New Roman" w:eastAsia="MS Mincho" w:hAnsi="Times New Roman" w:cs="Times New Roman"/>
          <w:b/>
          <w:bCs/>
          <w:sz w:val="24"/>
          <w:szCs w:val="24"/>
        </w:rPr>
        <w:t>Request:</w:t>
      </w:r>
      <w:r w:rsidRPr="006D0634">
        <w:rPr>
          <w:rFonts w:ascii="Times New Roman" w:eastAsia="MS Mincho" w:hAnsi="Times New Roman" w:cs="Times New Roman"/>
          <w:sz w:val="24"/>
          <w:szCs w:val="24"/>
        </w:rPr>
        <w:t xml:space="preserve"> Variance to allow the planting of a shelterbelt of trees less than 75 feet from the property line along the south boundary right of way, and less than 50’ from the west and north property line.</w:t>
      </w:r>
    </w:p>
    <w:p w14:paraId="328313CC" w14:textId="77777777" w:rsidR="006D0634" w:rsidRPr="006D0634" w:rsidRDefault="006D0634" w:rsidP="006D0634">
      <w:pPr>
        <w:spacing w:after="0"/>
        <w:rPr>
          <w:rFonts w:ascii="Times New Roman" w:eastAsia="MS Mincho" w:hAnsi="Times New Roman" w:cs="Times New Roman"/>
          <w:sz w:val="24"/>
          <w:szCs w:val="24"/>
        </w:rPr>
      </w:pPr>
      <w:r w:rsidRPr="006D0634">
        <w:rPr>
          <w:rFonts w:ascii="Times New Roman" w:eastAsia="MS Mincho" w:hAnsi="Times New Roman" w:cs="Times New Roman"/>
          <w:b/>
          <w:bCs/>
          <w:sz w:val="24"/>
          <w:szCs w:val="24"/>
        </w:rPr>
        <w:t>Legal Description:</w:t>
      </w:r>
      <w:r w:rsidRPr="006D0634">
        <w:rPr>
          <w:rFonts w:ascii="Times New Roman" w:eastAsia="MS Mincho" w:hAnsi="Times New Roman" w:cs="Times New Roman"/>
          <w:sz w:val="24"/>
          <w:szCs w:val="24"/>
        </w:rPr>
        <w:t xml:space="preserve"> TRACT D TUSCHEN ADDN SW4 14-103-57</w:t>
      </w:r>
    </w:p>
    <w:p w14:paraId="0ACF04FA" w14:textId="5859AD6C" w:rsidR="00AC6D8B" w:rsidRDefault="00AC6D8B" w:rsidP="00AC6D8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6D0634">
        <w:rPr>
          <w:rFonts w:ascii="Times New Roman" w:eastAsia="Times New Roman" w:hAnsi="Times New Roman" w:cs="Times New Roman"/>
          <w:sz w:val="24"/>
          <w:szCs w:val="24"/>
        </w:rPr>
        <w:t>Finding of Facts:</w:t>
      </w:r>
    </w:p>
    <w:p w14:paraId="1DBC61D4" w14:textId="76879073" w:rsidR="006D0634" w:rsidRDefault="006D0634" w:rsidP="006D0634">
      <w:pPr>
        <w:pStyle w:val="ListParagraph"/>
        <w:numPr>
          <w:ilvl w:val="0"/>
          <w:numId w:val="16"/>
        </w:num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This parcel was approved by this Board August 28, 2025</w:t>
      </w:r>
    </w:p>
    <w:p w14:paraId="47542770" w14:textId="13DD9B95" w:rsidR="006D0634" w:rsidRDefault="006D0634" w:rsidP="006D0634">
      <w:pPr>
        <w:pStyle w:val="ListParagraph"/>
        <w:numPr>
          <w:ilvl w:val="0"/>
          <w:numId w:val="16"/>
        </w:num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This parcel consists of 10.10 acres</w:t>
      </w:r>
    </w:p>
    <w:p w14:paraId="2B017037" w14:textId="3211A5E8" w:rsidR="006D0634" w:rsidRDefault="006D0634" w:rsidP="006D0634">
      <w:pPr>
        <w:pStyle w:val="ListParagraph"/>
        <w:numPr>
          <w:ilvl w:val="0"/>
          <w:numId w:val="16"/>
        </w:num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NRCS has been contacted to </w:t>
      </w:r>
      <w:r w:rsidR="00482F0B">
        <w:rPr>
          <w:rFonts w:ascii="Times New Roman" w:eastAsia="Times New Roman" w:hAnsi="Times New Roman" w:cs="Times New Roman"/>
          <w:sz w:val="24"/>
          <w:szCs w:val="24"/>
        </w:rPr>
        <w:t xml:space="preserve">do a preliminary </w:t>
      </w:r>
      <w:r>
        <w:rPr>
          <w:rFonts w:ascii="Times New Roman" w:eastAsia="Times New Roman" w:hAnsi="Times New Roman" w:cs="Times New Roman"/>
          <w:sz w:val="24"/>
          <w:szCs w:val="24"/>
        </w:rPr>
        <w:t>design and plant a shelterbelt on this property</w:t>
      </w:r>
    </w:p>
    <w:p w14:paraId="1B915FE0" w14:textId="04C1FD6F" w:rsidR="00482F0B" w:rsidRPr="006D0634" w:rsidRDefault="00482F0B" w:rsidP="006D0634">
      <w:pPr>
        <w:pStyle w:val="ListParagraph"/>
        <w:numPr>
          <w:ilvl w:val="0"/>
          <w:numId w:val="16"/>
        </w:num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Surrounding land is owned by </w:t>
      </w:r>
      <w:r w:rsidRPr="00482F0B">
        <w:rPr>
          <w:rFonts w:ascii="Times New Roman" w:eastAsia="Times New Roman" w:hAnsi="Times New Roman" w:cs="Times New Roman"/>
          <w:sz w:val="24"/>
          <w:szCs w:val="24"/>
        </w:rPr>
        <w:t>KGT I</w:t>
      </w:r>
      <w:r>
        <w:rPr>
          <w:rFonts w:ascii="Times New Roman" w:eastAsia="Times New Roman" w:hAnsi="Times New Roman" w:cs="Times New Roman"/>
          <w:sz w:val="24"/>
          <w:szCs w:val="24"/>
        </w:rPr>
        <w:t>nc.</w:t>
      </w:r>
    </w:p>
    <w:p w14:paraId="6801DB3C" w14:textId="01584FD5" w:rsidR="00400C71" w:rsidRPr="006D0634" w:rsidRDefault="00400C71" w:rsidP="004412CF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6D0634">
        <w:rPr>
          <w:rFonts w:ascii="Times New Roman" w:eastAsia="Times New Roman" w:hAnsi="Times New Roman" w:cs="Times New Roman"/>
          <w:sz w:val="24"/>
          <w:szCs w:val="24"/>
        </w:rPr>
        <w:t xml:space="preserve">Motion by Bender seconded by </w:t>
      </w:r>
      <w:r w:rsidR="00482F0B">
        <w:rPr>
          <w:rFonts w:ascii="Times New Roman" w:eastAsia="Times New Roman" w:hAnsi="Times New Roman" w:cs="Times New Roman"/>
          <w:sz w:val="24"/>
          <w:szCs w:val="24"/>
        </w:rPr>
        <w:t>Waldner</w:t>
      </w:r>
      <w:r w:rsidRPr="006D0634">
        <w:rPr>
          <w:rFonts w:ascii="Times New Roman" w:eastAsia="Times New Roman" w:hAnsi="Times New Roman" w:cs="Times New Roman"/>
          <w:sz w:val="24"/>
          <w:szCs w:val="24"/>
        </w:rPr>
        <w:t xml:space="preserve"> to approve </w:t>
      </w:r>
      <w:r w:rsidR="00482F0B">
        <w:rPr>
          <w:rFonts w:ascii="Times New Roman" w:eastAsia="Times New Roman" w:hAnsi="Times New Roman" w:cs="Times New Roman"/>
          <w:sz w:val="24"/>
          <w:szCs w:val="24"/>
        </w:rPr>
        <w:t>Variance</w:t>
      </w:r>
      <w:r w:rsidRPr="006D0634">
        <w:rPr>
          <w:rFonts w:ascii="Times New Roman" w:eastAsia="Times New Roman" w:hAnsi="Times New Roman" w:cs="Times New Roman"/>
          <w:sz w:val="24"/>
          <w:szCs w:val="24"/>
        </w:rPr>
        <w:t xml:space="preserve"> with the following Conditions:</w:t>
      </w:r>
    </w:p>
    <w:p w14:paraId="22E5EFAE" w14:textId="751B9E8B" w:rsidR="00400C71" w:rsidRPr="006D0634" w:rsidRDefault="00400C71" w:rsidP="007824A2">
      <w:pPr>
        <w:pStyle w:val="ListParagraph"/>
        <w:numPr>
          <w:ilvl w:val="0"/>
          <w:numId w:val="8"/>
        </w:num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6D0634">
        <w:rPr>
          <w:rFonts w:ascii="Times New Roman" w:eastAsia="Times New Roman" w:hAnsi="Times New Roman" w:cs="Times New Roman"/>
          <w:sz w:val="24"/>
          <w:szCs w:val="24"/>
        </w:rPr>
        <w:t>All Federal, State, and local laws and regulations to be followed</w:t>
      </w:r>
    </w:p>
    <w:p w14:paraId="532ACF25" w14:textId="1A1986F4" w:rsidR="00400C71" w:rsidRDefault="00482F0B" w:rsidP="007824A2">
      <w:pPr>
        <w:pStyle w:val="ListParagraph"/>
        <w:numPr>
          <w:ilvl w:val="0"/>
          <w:numId w:val="8"/>
        </w:num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Trees to be planted no less than twenty (20) feet from the west and north parcel line. </w:t>
      </w:r>
    </w:p>
    <w:p w14:paraId="0778A56A" w14:textId="43343393" w:rsidR="00482F0B" w:rsidRPr="006D0634" w:rsidRDefault="00482F0B" w:rsidP="007824A2">
      <w:pPr>
        <w:pStyle w:val="ListParagraph"/>
        <w:numPr>
          <w:ilvl w:val="0"/>
          <w:numId w:val="8"/>
        </w:num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Trees to be planted no less than fifty (50) feet from the south property line.</w:t>
      </w:r>
    </w:p>
    <w:p w14:paraId="3784EC48" w14:textId="77777777" w:rsidR="00631049" w:rsidRPr="00631049" w:rsidRDefault="00631049" w:rsidP="0063104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31049">
        <w:rPr>
          <w:rFonts w:ascii="Times New Roman" w:eastAsia="Times New Roman" w:hAnsi="Times New Roman" w:cs="Times New Roman"/>
          <w:sz w:val="24"/>
          <w:szCs w:val="24"/>
        </w:rPr>
        <w:t>All members voted aye. Motion passed</w:t>
      </w:r>
    </w:p>
    <w:p w14:paraId="21BC8330" w14:textId="77777777" w:rsidR="004412CF" w:rsidRDefault="004412CF" w:rsidP="00E939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727876F" w14:textId="77777777" w:rsidR="00CF5529" w:rsidRPr="00CF5529" w:rsidRDefault="00CF5529" w:rsidP="00CF5529">
      <w:pPr>
        <w:spacing w:after="0"/>
        <w:rPr>
          <w:rFonts w:ascii="Times New Roman" w:eastAsia="MS Mincho" w:hAnsi="Times New Roman" w:cs="Times New Roman"/>
          <w:sz w:val="24"/>
        </w:rPr>
      </w:pPr>
      <w:r w:rsidRPr="00CF5529">
        <w:rPr>
          <w:rFonts w:ascii="Times New Roman" w:eastAsia="MS Mincho" w:hAnsi="Times New Roman" w:cs="Times New Roman"/>
          <w:b/>
          <w:bCs/>
          <w:sz w:val="24"/>
        </w:rPr>
        <w:t>Applicant:</w:t>
      </w:r>
      <w:r w:rsidRPr="00CF5529">
        <w:rPr>
          <w:rFonts w:ascii="Times New Roman" w:eastAsia="MS Mincho" w:hAnsi="Times New Roman" w:cs="Times New Roman"/>
          <w:sz w:val="24"/>
        </w:rPr>
        <w:t xml:space="preserve"> Kevin &amp; Jeanne Kayser</w:t>
      </w:r>
    </w:p>
    <w:p w14:paraId="12836E5D" w14:textId="77777777" w:rsidR="00CF5529" w:rsidRPr="00CF5529" w:rsidRDefault="00CF5529" w:rsidP="00CF5529">
      <w:pPr>
        <w:spacing w:after="0"/>
        <w:rPr>
          <w:rFonts w:ascii="Times New Roman" w:eastAsia="MS Mincho" w:hAnsi="Times New Roman" w:cs="Times New Roman"/>
          <w:sz w:val="24"/>
        </w:rPr>
      </w:pPr>
      <w:r w:rsidRPr="00CF5529">
        <w:rPr>
          <w:rFonts w:ascii="Times New Roman" w:eastAsia="MS Mincho" w:hAnsi="Times New Roman" w:cs="Times New Roman"/>
          <w:sz w:val="24"/>
        </w:rPr>
        <w:t xml:space="preserve"> </w:t>
      </w:r>
      <w:r w:rsidRPr="00CF5529">
        <w:rPr>
          <w:rFonts w:ascii="Times New Roman" w:eastAsia="MS Mincho" w:hAnsi="Times New Roman" w:cs="Times New Roman"/>
          <w:b/>
          <w:bCs/>
          <w:sz w:val="24"/>
        </w:rPr>
        <w:t>Request:</w:t>
      </w:r>
      <w:r w:rsidRPr="00CF5529">
        <w:rPr>
          <w:rFonts w:ascii="Times New Roman" w:eastAsia="MS Mincho" w:hAnsi="Times New Roman" w:cs="Times New Roman"/>
          <w:sz w:val="24"/>
        </w:rPr>
        <w:t xml:space="preserve"> Variance to allow the planting of a shelterbelt of trees less than 75 feet from the property line along the north boundary right of way.</w:t>
      </w:r>
    </w:p>
    <w:p w14:paraId="572DB2BC" w14:textId="77777777" w:rsidR="00CF5529" w:rsidRPr="00CF5529" w:rsidRDefault="00CF5529" w:rsidP="00CF5529">
      <w:pPr>
        <w:spacing w:after="0"/>
        <w:rPr>
          <w:rFonts w:ascii="Times New Roman" w:eastAsia="MS Mincho" w:hAnsi="Times New Roman" w:cs="Times New Roman"/>
          <w:sz w:val="24"/>
        </w:rPr>
      </w:pPr>
      <w:r w:rsidRPr="00CF5529">
        <w:rPr>
          <w:rFonts w:ascii="Times New Roman" w:eastAsia="MS Mincho" w:hAnsi="Times New Roman" w:cs="Times New Roman"/>
          <w:b/>
          <w:bCs/>
          <w:sz w:val="24"/>
        </w:rPr>
        <w:t>Legal Description:</w:t>
      </w:r>
      <w:r w:rsidRPr="00CF5529">
        <w:rPr>
          <w:rFonts w:ascii="Times New Roman" w:eastAsia="MS Mincho" w:hAnsi="Times New Roman" w:cs="Times New Roman"/>
          <w:sz w:val="24"/>
        </w:rPr>
        <w:t xml:space="preserve"> E 721' N 458' SW4 09-102-58</w:t>
      </w:r>
    </w:p>
    <w:p w14:paraId="4D828017" w14:textId="22AC1E60" w:rsidR="004412CF" w:rsidRDefault="004412CF" w:rsidP="00E939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Finding of Facts:</w:t>
      </w:r>
    </w:p>
    <w:p w14:paraId="2708D429" w14:textId="1824F86F" w:rsidR="004412CF" w:rsidRDefault="00CF5529" w:rsidP="007824A2">
      <w:pPr>
        <w:pStyle w:val="ListParagraph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There are currently several trees that are dead/dying in the area that Kayser would like to repl</w:t>
      </w:r>
      <w:r w:rsidR="008E2849">
        <w:rPr>
          <w:rFonts w:ascii="Times New Roman" w:eastAsia="Times New Roman" w:hAnsi="Times New Roman" w:cs="Times New Roman"/>
          <w:sz w:val="24"/>
          <w:szCs w:val="24"/>
        </w:rPr>
        <w:t>ace</w:t>
      </w:r>
      <w:r w:rsidR="004412C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D48C5CF" w14:textId="21EB2972" w:rsidR="00CF5529" w:rsidRDefault="005E4DE7" w:rsidP="007824A2">
      <w:pPr>
        <w:pStyle w:val="ListParagraph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existing trees are on the south side of the road</w:t>
      </w:r>
    </w:p>
    <w:p w14:paraId="5F4BA9AA" w14:textId="4F2F3069" w:rsidR="005E4DE7" w:rsidRDefault="005E4DE7" w:rsidP="007824A2">
      <w:pPr>
        <w:pStyle w:val="ListParagraph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Trees to be planted to fill in the existing dead trees</w:t>
      </w:r>
    </w:p>
    <w:p w14:paraId="2AC2CA4D" w14:textId="384A920F" w:rsidR="004412CF" w:rsidRDefault="004412CF" w:rsidP="004412C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412C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Motion </w:t>
      </w:r>
      <w:r>
        <w:rPr>
          <w:rFonts w:ascii="Times New Roman" w:eastAsia="Times New Roman" w:hAnsi="Times New Roman" w:cs="Times New Roman"/>
          <w:sz w:val="24"/>
          <w:szCs w:val="24"/>
        </w:rPr>
        <w:t>by</w:t>
      </w:r>
      <w:r w:rsidR="000F17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4DE7">
        <w:rPr>
          <w:rFonts w:ascii="Times New Roman" w:eastAsia="Times New Roman" w:hAnsi="Times New Roman" w:cs="Times New Roman"/>
          <w:sz w:val="24"/>
          <w:szCs w:val="24"/>
        </w:rPr>
        <w:t>Bender</w:t>
      </w:r>
      <w:r w:rsidR="000F171E">
        <w:rPr>
          <w:rFonts w:ascii="Times New Roman" w:eastAsia="Times New Roman" w:hAnsi="Times New Roman" w:cs="Times New Roman"/>
          <w:sz w:val="24"/>
          <w:szCs w:val="24"/>
        </w:rPr>
        <w:t xml:space="preserve"> and second by </w:t>
      </w:r>
      <w:r w:rsidR="005E4DE7">
        <w:rPr>
          <w:rFonts w:ascii="Times New Roman" w:eastAsia="Times New Roman" w:hAnsi="Times New Roman" w:cs="Times New Roman"/>
          <w:sz w:val="24"/>
          <w:szCs w:val="24"/>
        </w:rPr>
        <w:t>Freeman</w:t>
      </w:r>
      <w:r w:rsidR="000F171E">
        <w:rPr>
          <w:rFonts w:ascii="Times New Roman" w:eastAsia="Times New Roman" w:hAnsi="Times New Roman" w:cs="Times New Roman"/>
          <w:sz w:val="24"/>
          <w:szCs w:val="24"/>
        </w:rPr>
        <w:t xml:space="preserve"> to approve Variance request with the following conditions:</w:t>
      </w:r>
    </w:p>
    <w:p w14:paraId="6A984998" w14:textId="77777777" w:rsidR="000F171E" w:rsidRDefault="000F171E" w:rsidP="007824A2">
      <w:pPr>
        <w:pStyle w:val="ListParagraph"/>
        <w:numPr>
          <w:ilvl w:val="0"/>
          <w:numId w:val="10"/>
        </w:numPr>
        <w:spacing w:after="0" w:line="240" w:lineRule="auto"/>
        <w:outlineLvl w:val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All Federal, State, and local laws and regulations to be followed</w:t>
      </w:r>
    </w:p>
    <w:p w14:paraId="37061096" w14:textId="06A2358A" w:rsidR="005E4DE7" w:rsidRDefault="005E4DE7" w:rsidP="007824A2">
      <w:pPr>
        <w:pStyle w:val="ListParagraph"/>
        <w:numPr>
          <w:ilvl w:val="0"/>
          <w:numId w:val="10"/>
        </w:numPr>
        <w:spacing w:after="0" w:line="240" w:lineRule="auto"/>
        <w:outlineLvl w:val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No trees to be planted any closer to the right -of -way than already are grown. </w:t>
      </w:r>
    </w:p>
    <w:p w14:paraId="43FC9564" w14:textId="108AB314" w:rsidR="005E4DE7" w:rsidRDefault="005E4DE7" w:rsidP="007824A2">
      <w:pPr>
        <w:pStyle w:val="ListParagraph"/>
        <w:numPr>
          <w:ilvl w:val="0"/>
          <w:numId w:val="10"/>
        </w:numPr>
        <w:spacing w:after="0" w:line="240" w:lineRule="auto"/>
        <w:outlineLvl w:val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No more than 25 new trees are to be planted for replacement purposes </w:t>
      </w:r>
    </w:p>
    <w:p w14:paraId="236DABB5" w14:textId="77777777" w:rsidR="005E4DE7" w:rsidRPr="005E4DE7" w:rsidRDefault="005E4DE7" w:rsidP="005E4DE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E4DE7">
        <w:rPr>
          <w:rFonts w:ascii="Times New Roman" w:eastAsia="Times New Roman" w:hAnsi="Times New Roman" w:cs="Times New Roman"/>
          <w:sz w:val="24"/>
          <w:szCs w:val="24"/>
        </w:rPr>
        <w:t>All members voted aye. Motion passed</w:t>
      </w:r>
    </w:p>
    <w:p w14:paraId="405AD836" w14:textId="16469CD2" w:rsidR="000F171E" w:rsidRDefault="000F171E" w:rsidP="000F171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7D6DFBE" w14:textId="77777777" w:rsidR="00CA6331" w:rsidRPr="00CA6331" w:rsidRDefault="00CA6331" w:rsidP="00CA6331">
      <w:pPr>
        <w:spacing w:after="0"/>
        <w:rPr>
          <w:rFonts w:ascii="Times New Roman" w:eastAsia="MS Mincho" w:hAnsi="Times New Roman" w:cs="Times New Roman"/>
          <w:sz w:val="24"/>
          <w:szCs w:val="24"/>
        </w:rPr>
      </w:pPr>
      <w:r w:rsidRPr="00CA6331">
        <w:rPr>
          <w:rFonts w:ascii="Times New Roman" w:eastAsia="MS Mincho" w:hAnsi="Times New Roman" w:cs="Times New Roman"/>
          <w:b/>
          <w:bCs/>
          <w:sz w:val="24"/>
          <w:szCs w:val="24"/>
        </w:rPr>
        <w:t>Applicant:</w:t>
      </w:r>
      <w:r w:rsidRPr="00CA6331">
        <w:rPr>
          <w:rFonts w:ascii="Times New Roman" w:eastAsia="MS Mincho" w:hAnsi="Times New Roman" w:cs="Times New Roman"/>
          <w:sz w:val="24"/>
          <w:szCs w:val="24"/>
        </w:rPr>
        <w:t xml:space="preserve"> Richard &amp; Audrey Graves Trust</w:t>
      </w:r>
    </w:p>
    <w:p w14:paraId="59522B9A" w14:textId="77777777" w:rsidR="00CA6331" w:rsidRPr="00CA6331" w:rsidRDefault="00CA6331" w:rsidP="00CA6331">
      <w:pPr>
        <w:spacing w:after="0"/>
        <w:rPr>
          <w:rFonts w:ascii="Times New Roman" w:eastAsia="MS Mincho" w:hAnsi="Times New Roman" w:cs="Times New Roman"/>
          <w:sz w:val="24"/>
          <w:szCs w:val="24"/>
        </w:rPr>
      </w:pPr>
      <w:r w:rsidRPr="00CA633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CA6331">
        <w:rPr>
          <w:rFonts w:ascii="Times New Roman" w:eastAsia="MS Mincho" w:hAnsi="Times New Roman" w:cs="Times New Roman"/>
          <w:b/>
          <w:bCs/>
          <w:sz w:val="24"/>
          <w:szCs w:val="24"/>
        </w:rPr>
        <w:t>Request:</w:t>
      </w:r>
      <w:r w:rsidRPr="00CA633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CA6331">
        <w:rPr>
          <w:rFonts w:ascii="Times New Roman" w:hAnsi="Times New Roman" w:cs="Times New Roman"/>
          <w:sz w:val="24"/>
          <w:szCs w:val="24"/>
        </w:rPr>
        <w:t xml:space="preserve">Variance to allow the owner to describe a lot less than 10 acres </w:t>
      </w:r>
    </w:p>
    <w:p w14:paraId="405F99E6" w14:textId="77777777" w:rsidR="00CA6331" w:rsidRPr="00CA6331" w:rsidRDefault="00CA6331" w:rsidP="00CA63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6331">
        <w:rPr>
          <w:rFonts w:ascii="Times New Roman" w:eastAsia="MS Mincho" w:hAnsi="Times New Roman" w:cs="Times New Roman"/>
          <w:b/>
          <w:bCs/>
          <w:sz w:val="24"/>
          <w:szCs w:val="24"/>
        </w:rPr>
        <w:t>Legal Description:</w:t>
      </w:r>
      <w:r w:rsidRPr="00CA6331">
        <w:rPr>
          <w:rFonts w:ascii="Times New Roman" w:eastAsia="MS Mincho" w:hAnsi="Times New Roman" w:cs="Times New Roman"/>
          <w:sz w:val="24"/>
          <w:szCs w:val="24"/>
        </w:rPr>
        <w:t xml:space="preserve"> NW4 33-102-59</w:t>
      </w:r>
    </w:p>
    <w:p w14:paraId="1589A011" w14:textId="298F90CB" w:rsidR="0031636E" w:rsidRDefault="0031636E" w:rsidP="000F171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Finding of Facts:</w:t>
      </w:r>
    </w:p>
    <w:p w14:paraId="70A0C105" w14:textId="7D9ACEEC" w:rsidR="0031636E" w:rsidRDefault="00E520E7" w:rsidP="007824A2">
      <w:pPr>
        <w:pStyle w:val="ListParagraph"/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This property is currently in the entire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North East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quarter</w:t>
      </w:r>
    </w:p>
    <w:p w14:paraId="0E4D0225" w14:textId="2E4DB7F8" w:rsidR="00E520E7" w:rsidRDefault="00E520E7" w:rsidP="007824A2">
      <w:pPr>
        <w:pStyle w:val="ListParagraph"/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plat has been presented with this  variance request</w:t>
      </w:r>
    </w:p>
    <w:p w14:paraId="5700ECC0" w14:textId="6D01BF6D" w:rsidR="00E520E7" w:rsidRDefault="00E520E7" w:rsidP="007824A2">
      <w:pPr>
        <w:pStyle w:val="ListParagraph"/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current garage is thirty (30) feet from proposed east property line</w:t>
      </w:r>
    </w:p>
    <w:p w14:paraId="56695971" w14:textId="486AC3A1" w:rsidR="0031636E" w:rsidRDefault="0031636E" w:rsidP="0031636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Motion by </w:t>
      </w:r>
      <w:r w:rsidR="003D0742">
        <w:rPr>
          <w:rFonts w:ascii="Times New Roman" w:eastAsia="Times New Roman" w:hAnsi="Times New Roman" w:cs="Times New Roman"/>
          <w:sz w:val="24"/>
          <w:szCs w:val="24"/>
        </w:rPr>
        <w:t>Waldner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seconded by Jarding to approve Variance with the following Conditions:</w:t>
      </w:r>
    </w:p>
    <w:p w14:paraId="0B95AD39" w14:textId="77777777" w:rsidR="0031636E" w:rsidRDefault="0031636E" w:rsidP="007824A2">
      <w:pPr>
        <w:pStyle w:val="ListParagraph"/>
        <w:numPr>
          <w:ilvl w:val="0"/>
          <w:numId w:val="12"/>
        </w:numPr>
        <w:spacing w:after="0" w:line="240" w:lineRule="auto"/>
        <w:outlineLvl w:val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All Federal, State, and local laws and regulations to be followed</w:t>
      </w:r>
    </w:p>
    <w:p w14:paraId="1B11E7D9" w14:textId="7D579871" w:rsidR="0031636E" w:rsidRDefault="0031636E" w:rsidP="007824A2">
      <w:pPr>
        <w:pStyle w:val="ListParagraph"/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Approved plat by this board and Hanson County Commissioners</w:t>
      </w:r>
    </w:p>
    <w:p w14:paraId="20A8D42B" w14:textId="78CA4242" w:rsidR="0031636E" w:rsidRDefault="003D0742" w:rsidP="007824A2">
      <w:pPr>
        <w:pStyle w:val="ListParagraph"/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 Ag covenant </w:t>
      </w:r>
      <w:r w:rsidR="002C79E5">
        <w:rPr>
          <w:rFonts w:ascii="Times New Roman" w:eastAsia="Times New Roman" w:hAnsi="Times New Roman" w:cs="Times New Roman"/>
          <w:sz w:val="24"/>
          <w:szCs w:val="24"/>
        </w:rPr>
        <w:t>to be recorded with the Hanson County Registrar of Deeds</w:t>
      </w:r>
    </w:p>
    <w:p w14:paraId="2BCE7BF4" w14:textId="49E49458" w:rsidR="00E520E7" w:rsidRDefault="00E520E7" w:rsidP="007824A2">
      <w:pPr>
        <w:pStyle w:val="ListParagraph"/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Garage is part of the approved variance. </w:t>
      </w:r>
    </w:p>
    <w:p w14:paraId="7F0F32C6" w14:textId="4836BB9C" w:rsidR="007F723A" w:rsidRPr="007F723A" w:rsidRDefault="007F723A" w:rsidP="007F723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 voted aye. Motion passed</w:t>
      </w:r>
    </w:p>
    <w:p w14:paraId="03BF8FE7" w14:textId="77777777" w:rsidR="0000740A" w:rsidRPr="00B70AF6" w:rsidRDefault="0000740A" w:rsidP="00F3354B">
      <w:pPr>
        <w:spacing w:after="0"/>
        <w:rPr>
          <w:rFonts w:ascii="Times New Roman" w:hAnsi="Times New Roman" w:cs="Times New Roman"/>
        </w:rPr>
      </w:pPr>
    </w:p>
    <w:p w14:paraId="1E3BF90E" w14:textId="3188E362" w:rsidR="00E02127" w:rsidRPr="00436003" w:rsidRDefault="00E02127" w:rsidP="00F33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6003">
        <w:rPr>
          <w:rFonts w:ascii="Times New Roman" w:hAnsi="Times New Roman" w:cs="Times New Roman"/>
          <w:sz w:val="24"/>
          <w:szCs w:val="24"/>
        </w:rPr>
        <w:t xml:space="preserve">Motion by </w:t>
      </w:r>
      <w:r w:rsidR="00E520E7" w:rsidRPr="00436003">
        <w:rPr>
          <w:rFonts w:ascii="Times New Roman" w:hAnsi="Times New Roman" w:cs="Times New Roman"/>
          <w:sz w:val="24"/>
          <w:szCs w:val="24"/>
        </w:rPr>
        <w:t>Schoenrock</w:t>
      </w:r>
      <w:r w:rsidRPr="00436003">
        <w:rPr>
          <w:rFonts w:ascii="Times New Roman" w:hAnsi="Times New Roman" w:cs="Times New Roman"/>
          <w:sz w:val="24"/>
          <w:szCs w:val="24"/>
        </w:rPr>
        <w:t xml:space="preserve">, seconded by </w:t>
      </w:r>
      <w:r w:rsidR="00E520E7" w:rsidRPr="00436003">
        <w:rPr>
          <w:rFonts w:ascii="Times New Roman" w:hAnsi="Times New Roman" w:cs="Times New Roman"/>
          <w:sz w:val="24"/>
          <w:szCs w:val="24"/>
        </w:rPr>
        <w:t>Freeman</w:t>
      </w:r>
      <w:r w:rsidRPr="00436003">
        <w:rPr>
          <w:rFonts w:ascii="Times New Roman" w:hAnsi="Times New Roman" w:cs="Times New Roman"/>
          <w:sz w:val="24"/>
          <w:szCs w:val="24"/>
        </w:rPr>
        <w:t xml:space="preserve"> to recess as the Board of Adjustment and reconvening as the Planning Commission at </w:t>
      </w:r>
      <w:r w:rsidR="007F723A" w:rsidRPr="00436003">
        <w:rPr>
          <w:rFonts w:ascii="Times New Roman" w:hAnsi="Times New Roman" w:cs="Times New Roman"/>
          <w:sz w:val="24"/>
          <w:szCs w:val="24"/>
        </w:rPr>
        <w:t>9:</w:t>
      </w:r>
      <w:r w:rsidR="00E520E7" w:rsidRPr="00436003">
        <w:rPr>
          <w:rFonts w:ascii="Times New Roman" w:hAnsi="Times New Roman" w:cs="Times New Roman"/>
          <w:sz w:val="24"/>
          <w:szCs w:val="24"/>
        </w:rPr>
        <w:t>28</w:t>
      </w:r>
      <w:r w:rsidR="0000740A" w:rsidRPr="00436003">
        <w:rPr>
          <w:rFonts w:ascii="Times New Roman" w:hAnsi="Times New Roman" w:cs="Times New Roman"/>
          <w:sz w:val="24"/>
          <w:szCs w:val="24"/>
        </w:rPr>
        <w:t>am</w:t>
      </w:r>
      <w:r w:rsidRPr="00436003">
        <w:rPr>
          <w:rFonts w:ascii="Times New Roman" w:hAnsi="Times New Roman" w:cs="Times New Roman"/>
          <w:sz w:val="24"/>
          <w:szCs w:val="24"/>
        </w:rPr>
        <w:t>. Motion carried</w:t>
      </w:r>
    </w:p>
    <w:p w14:paraId="5C1EE5C8" w14:textId="77777777" w:rsidR="00E02127" w:rsidRPr="00B70AF6" w:rsidRDefault="00E02127" w:rsidP="00F3354B">
      <w:pPr>
        <w:spacing w:after="0"/>
        <w:rPr>
          <w:rFonts w:ascii="Times New Roman" w:eastAsia="Times New Roman" w:hAnsi="Times New Roman" w:cs="Times New Roman"/>
          <w:b/>
          <w:bCs/>
        </w:rPr>
      </w:pPr>
    </w:p>
    <w:p w14:paraId="3DDF0DD0" w14:textId="5654227F" w:rsidR="00125D73" w:rsidRPr="00436003" w:rsidRDefault="00125D73" w:rsidP="00E02127">
      <w:pPr>
        <w:spacing w:after="0" w:line="240" w:lineRule="auto"/>
        <w:outlineLvl w:val="2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36003">
        <w:rPr>
          <w:rFonts w:ascii="Times New Roman" w:hAnsi="Times New Roman" w:cs="Times New Roman"/>
          <w:b/>
          <w:bCs/>
          <w:sz w:val="24"/>
          <w:szCs w:val="24"/>
          <w:u w:val="single"/>
        </w:rPr>
        <w:t>PLANNING COMMISSION</w:t>
      </w:r>
    </w:p>
    <w:p w14:paraId="2C0813F9" w14:textId="18FD8526" w:rsidR="00A32589" w:rsidRPr="00B70AF6" w:rsidRDefault="00A32589" w:rsidP="003E0619">
      <w:pPr>
        <w:spacing w:after="0"/>
        <w:rPr>
          <w:rFonts w:ascii="Times New Roman" w:hAnsi="Times New Roman" w:cs="Times New Roman"/>
        </w:rPr>
      </w:pPr>
    </w:p>
    <w:p w14:paraId="02B9740D" w14:textId="482E1C7F" w:rsidR="003E0619" w:rsidRPr="00436003" w:rsidRDefault="00497B2D" w:rsidP="003E0619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36003">
        <w:rPr>
          <w:rFonts w:ascii="Times New Roman" w:hAnsi="Times New Roman" w:cs="Times New Roman"/>
          <w:b/>
          <w:bCs/>
          <w:sz w:val="24"/>
          <w:szCs w:val="24"/>
          <w:u w:val="single"/>
        </w:rPr>
        <w:t>P</w:t>
      </w:r>
      <w:r w:rsidR="00385A88" w:rsidRPr="00436003">
        <w:rPr>
          <w:rFonts w:ascii="Times New Roman" w:hAnsi="Times New Roman" w:cs="Times New Roman"/>
          <w:b/>
          <w:bCs/>
          <w:sz w:val="24"/>
          <w:szCs w:val="24"/>
          <w:u w:val="single"/>
        </w:rPr>
        <w:t>LATS</w:t>
      </w:r>
    </w:p>
    <w:p w14:paraId="5CF68F7A" w14:textId="2B5BFA2D" w:rsidR="00125D73" w:rsidRPr="00436003" w:rsidRDefault="00385A88" w:rsidP="00125D73">
      <w:pPr>
        <w:spacing w:after="0"/>
        <w:rPr>
          <w:rFonts w:ascii="Times New Roman" w:eastAsia="MS Mincho" w:hAnsi="Times New Roman" w:cs="Times New Roman"/>
          <w:sz w:val="24"/>
          <w:szCs w:val="24"/>
        </w:rPr>
      </w:pPr>
      <w:r w:rsidRPr="00436003">
        <w:rPr>
          <w:rFonts w:ascii="Times New Roman" w:hAnsi="Times New Roman" w:cs="Times New Roman"/>
          <w:sz w:val="24"/>
          <w:szCs w:val="24"/>
        </w:rPr>
        <w:t xml:space="preserve">Presented by: </w:t>
      </w:r>
      <w:r w:rsidR="00E520E7" w:rsidRPr="00436003">
        <w:rPr>
          <w:rFonts w:ascii="Times New Roman" w:eastAsia="MS Mincho" w:hAnsi="Times New Roman" w:cs="Times New Roman"/>
          <w:sz w:val="24"/>
          <w:szCs w:val="24"/>
        </w:rPr>
        <w:t>Richard L &amp; Audrey A Graves Trust</w:t>
      </w:r>
    </w:p>
    <w:p w14:paraId="0FD6FB62" w14:textId="40EDE87A" w:rsidR="00125D73" w:rsidRPr="00436003" w:rsidRDefault="00385A88" w:rsidP="00E520E7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436003">
        <w:rPr>
          <w:rFonts w:ascii="Times New Roman" w:hAnsi="Times New Roman" w:cs="Times New Roman"/>
          <w:sz w:val="24"/>
          <w:szCs w:val="24"/>
        </w:rPr>
        <w:t xml:space="preserve">Description: </w:t>
      </w:r>
      <w:r w:rsidR="00E520E7" w:rsidRPr="00436003">
        <w:rPr>
          <w:rFonts w:ascii="Times New Roman" w:eastAsia="Times New Roman" w:hAnsi="Times New Roman" w:cs="Times New Roman"/>
          <w:sz w:val="24"/>
          <w:szCs w:val="24"/>
        </w:rPr>
        <w:t>LOT 1 GRAVES ADDN NW4 33-102-59</w:t>
      </w:r>
    </w:p>
    <w:p w14:paraId="3BD36ED4" w14:textId="2D99D3EF" w:rsidR="00385A88" w:rsidRPr="00436003" w:rsidRDefault="00385A88" w:rsidP="00385A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6003">
        <w:rPr>
          <w:rFonts w:ascii="Times New Roman" w:hAnsi="Times New Roman" w:cs="Times New Roman"/>
          <w:sz w:val="24"/>
          <w:szCs w:val="24"/>
        </w:rPr>
        <w:t>Findings of Fact:</w:t>
      </w:r>
    </w:p>
    <w:p w14:paraId="6C4D5043" w14:textId="48520B2D" w:rsidR="008E1401" w:rsidRPr="00436003" w:rsidRDefault="009A69D3" w:rsidP="008B1618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436003">
        <w:rPr>
          <w:rFonts w:ascii="Times New Roman" w:hAnsi="Times New Roman" w:cs="Times New Roman"/>
          <w:sz w:val="24"/>
          <w:szCs w:val="24"/>
        </w:rPr>
        <w:t>1</w:t>
      </w:r>
      <w:r w:rsidR="00385A88" w:rsidRPr="00436003">
        <w:rPr>
          <w:rFonts w:ascii="Times New Roman" w:hAnsi="Times New Roman" w:cs="Times New Roman"/>
          <w:sz w:val="24"/>
          <w:szCs w:val="24"/>
        </w:rPr>
        <w:t xml:space="preserve">. </w:t>
      </w:r>
      <w:r w:rsidR="00F6465A" w:rsidRPr="00436003">
        <w:rPr>
          <w:rFonts w:ascii="Times New Roman" w:hAnsi="Times New Roman" w:cs="Times New Roman"/>
          <w:sz w:val="24"/>
          <w:szCs w:val="24"/>
        </w:rPr>
        <w:t xml:space="preserve">The plat contains </w:t>
      </w:r>
      <w:r w:rsidR="00E520E7" w:rsidRPr="00436003">
        <w:rPr>
          <w:rFonts w:ascii="Times New Roman" w:hAnsi="Times New Roman" w:cs="Times New Roman"/>
          <w:sz w:val="24"/>
          <w:szCs w:val="24"/>
        </w:rPr>
        <w:t>1.18</w:t>
      </w:r>
      <w:r w:rsidR="00F6465A" w:rsidRPr="00436003">
        <w:rPr>
          <w:rFonts w:ascii="Times New Roman" w:hAnsi="Times New Roman" w:cs="Times New Roman"/>
          <w:sz w:val="24"/>
          <w:szCs w:val="24"/>
        </w:rPr>
        <w:t xml:space="preserve"> acres </w:t>
      </w:r>
    </w:p>
    <w:p w14:paraId="3490D390" w14:textId="4BB42564" w:rsidR="009A69D3" w:rsidRPr="00436003" w:rsidRDefault="00E520E7" w:rsidP="008B161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436003">
        <w:rPr>
          <w:rFonts w:ascii="Times New Roman" w:hAnsi="Times New Roman" w:cs="Times New Roman"/>
          <w:sz w:val="24"/>
          <w:szCs w:val="24"/>
        </w:rPr>
        <w:t>2</w:t>
      </w:r>
      <w:r w:rsidR="009A69D3" w:rsidRPr="00436003">
        <w:rPr>
          <w:rFonts w:ascii="Times New Roman" w:hAnsi="Times New Roman" w:cs="Times New Roman"/>
          <w:sz w:val="24"/>
          <w:szCs w:val="24"/>
        </w:rPr>
        <w:t>.Variance has been approved by this board</w:t>
      </w:r>
    </w:p>
    <w:p w14:paraId="0199D4E1" w14:textId="7CAD09AF" w:rsidR="00BF3860" w:rsidRPr="00436003" w:rsidRDefault="00BF3860" w:rsidP="008B1618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436003">
        <w:rPr>
          <w:rFonts w:ascii="Times New Roman" w:hAnsi="Times New Roman" w:cs="Times New Roman"/>
          <w:sz w:val="24"/>
          <w:szCs w:val="24"/>
        </w:rPr>
        <w:t>3. There is an approach currently.</w:t>
      </w:r>
    </w:p>
    <w:p w14:paraId="2109FB55" w14:textId="7639073B" w:rsidR="00385A88" w:rsidRPr="00436003" w:rsidRDefault="00385A88" w:rsidP="00385A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6003">
        <w:rPr>
          <w:rFonts w:ascii="Times New Roman" w:hAnsi="Times New Roman" w:cs="Times New Roman"/>
          <w:sz w:val="24"/>
          <w:szCs w:val="24"/>
        </w:rPr>
        <w:t xml:space="preserve">Motion by </w:t>
      </w:r>
      <w:r w:rsidR="00E520E7" w:rsidRPr="00436003">
        <w:rPr>
          <w:rFonts w:ascii="Times New Roman" w:hAnsi="Times New Roman" w:cs="Times New Roman"/>
          <w:sz w:val="24"/>
          <w:szCs w:val="24"/>
        </w:rPr>
        <w:t>Waldner</w:t>
      </w:r>
      <w:r w:rsidRPr="00436003">
        <w:rPr>
          <w:rFonts w:ascii="Times New Roman" w:hAnsi="Times New Roman" w:cs="Times New Roman"/>
          <w:sz w:val="24"/>
          <w:szCs w:val="24"/>
        </w:rPr>
        <w:t xml:space="preserve">, seconded by </w:t>
      </w:r>
      <w:r w:rsidR="00F6465A" w:rsidRPr="00436003">
        <w:rPr>
          <w:rFonts w:ascii="Times New Roman" w:hAnsi="Times New Roman" w:cs="Times New Roman"/>
          <w:sz w:val="24"/>
          <w:szCs w:val="24"/>
        </w:rPr>
        <w:t>Jarding</w:t>
      </w:r>
      <w:r w:rsidRPr="00436003">
        <w:rPr>
          <w:rFonts w:ascii="Times New Roman" w:hAnsi="Times New Roman" w:cs="Times New Roman"/>
          <w:sz w:val="24"/>
          <w:szCs w:val="24"/>
        </w:rPr>
        <w:t>, to recommend approval of the plat to the Hanson County Board of Commissioners.</w:t>
      </w:r>
      <w:r w:rsidR="00F6465A" w:rsidRPr="00436003">
        <w:rPr>
          <w:rFonts w:ascii="Times New Roman" w:hAnsi="Times New Roman" w:cs="Times New Roman"/>
          <w:sz w:val="24"/>
          <w:szCs w:val="24"/>
        </w:rPr>
        <w:t xml:space="preserve"> All members voted aye. Motion carried</w:t>
      </w:r>
      <w:r w:rsidR="008E1401" w:rsidRPr="004360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538486" w14:textId="77777777" w:rsidR="009A69D3" w:rsidRPr="00436003" w:rsidRDefault="009A69D3" w:rsidP="00385A8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F08620" w14:textId="5DC49392" w:rsidR="009A69D3" w:rsidRPr="00436003" w:rsidRDefault="009A69D3" w:rsidP="00385A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6003">
        <w:rPr>
          <w:rFonts w:ascii="Times New Roman" w:hAnsi="Times New Roman" w:cs="Times New Roman"/>
          <w:sz w:val="24"/>
          <w:szCs w:val="24"/>
        </w:rPr>
        <w:t xml:space="preserve">Presented by: </w:t>
      </w:r>
      <w:r w:rsidR="00BF3860" w:rsidRPr="00436003">
        <w:rPr>
          <w:rFonts w:ascii="Times New Roman" w:hAnsi="Times New Roman" w:cs="Times New Roman"/>
          <w:sz w:val="24"/>
          <w:szCs w:val="24"/>
        </w:rPr>
        <w:t>Brett T &amp; Becky A Doyle</w:t>
      </w:r>
    </w:p>
    <w:p w14:paraId="1814D27D" w14:textId="411B0F16" w:rsidR="009A69D3" w:rsidRPr="00436003" w:rsidRDefault="009A69D3" w:rsidP="00385A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6003">
        <w:rPr>
          <w:rFonts w:ascii="Times New Roman" w:hAnsi="Times New Roman" w:cs="Times New Roman"/>
          <w:sz w:val="24"/>
          <w:szCs w:val="24"/>
        </w:rPr>
        <w:t xml:space="preserve">Description: LOT </w:t>
      </w:r>
      <w:r w:rsidR="00BF3860" w:rsidRPr="00436003">
        <w:rPr>
          <w:rFonts w:ascii="Times New Roman" w:hAnsi="Times New Roman" w:cs="Times New Roman"/>
          <w:sz w:val="24"/>
          <w:szCs w:val="24"/>
        </w:rPr>
        <w:t>1 LEVI’S PLACE A SUB OF SW4 23-102-58</w:t>
      </w:r>
    </w:p>
    <w:p w14:paraId="7DC9D425" w14:textId="55D16437" w:rsidR="009A69D3" w:rsidRPr="00436003" w:rsidRDefault="00215D3C" w:rsidP="00385A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6003">
        <w:rPr>
          <w:rFonts w:ascii="Times New Roman" w:hAnsi="Times New Roman" w:cs="Times New Roman"/>
          <w:sz w:val="24"/>
          <w:szCs w:val="24"/>
        </w:rPr>
        <w:t>Findings of Facts:</w:t>
      </w:r>
    </w:p>
    <w:p w14:paraId="2894DC4A" w14:textId="43895D8E" w:rsidR="00215D3C" w:rsidRPr="00436003" w:rsidRDefault="00BF3860" w:rsidP="008B1618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36003">
        <w:rPr>
          <w:rFonts w:ascii="Times New Roman" w:hAnsi="Times New Roman" w:cs="Times New Roman"/>
          <w:sz w:val="24"/>
          <w:szCs w:val="24"/>
        </w:rPr>
        <w:t>The current legal description is linear</w:t>
      </w:r>
    </w:p>
    <w:p w14:paraId="0C9B5934" w14:textId="0AD6B777" w:rsidR="00215D3C" w:rsidRPr="00436003" w:rsidRDefault="00215D3C" w:rsidP="008B1618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36003">
        <w:rPr>
          <w:rFonts w:ascii="Times New Roman" w:hAnsi="Times New Roman" w:cs="Times New Roman"/>
          <w:sz w:val="24"/>
          <w:szCs w:val="24"/>
        </w:rPr>
        <w:t xml:space="preserve">This plat consists of </w:t>
      </w:r>
      <w:r w:rsidR="00BF3860" w:rsidRPr="00436003">
        <w:rPr>
          <w:rFonts w:ascii="Times New Roman" w:hAnsi="Times New Roman" w:cs="Times New Roman"/>
          <w:sz w:val="24"/>
          <w:szCs w:val="24"/>
        </w:rPr>
        <w:t>18.24</w:t>
      </w:r>
      <w:r w:rsidRPr="00436003">
        <w:rPr>
          <w:rFonts w:ascii="Times New Roman" w:hAnsi="Times New Roman" w:cs="Times New Roman"/>
          <w:sz w:val="24"/>
          <w:szCs w:val="24"/>
        </w:rPr>
        <w:t xml:space="preserve"> acres</w:t>
      </w:r>
    </w:p>
    <w:p w14:paraId="28328531" w14:textId="7DDDBE70" w:rsidR="00215D3C" w:rsidRPr="00436003" w:rsidRDefault="00BF3860" w:rsidP="008B1618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36003">
        <w:rPr>
          <w:rFonts w:ascii="Times New Roman" w:hAnsi="Times New Roman" w:cs="Times New Roman"/>
          <w:sz w:val="24"/>
          <w:szCs w:val="24"/>
        </w:rPr>
        <w:t>There is an approach currently.</w:t>
      </w:r>
    </w:p>
    <w:p w14:paraId="7BDCCFF7" w14:textId="39AC50B4" w:rsidR="00215D3C" w:rsidRPr="00436003" w:rsidRDefault="00215D3C" w:rsidP="00215D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6003">
        <w:rPr>
          <w:rFonts w:ascii="Times New Roman" w:hAnsi="Times New Roman" w:cs="Times New Roman"/>
          <w:sz w:val="24"/>
          <w:szCs w:val="24"/>
        </w:rPr>
        <w:t xml:space="preserve">Motion by </w:t>
      </w:r>
      <w:r w:rsidR="00BF3860" w:rsidRPr="00436003">
        <w:rPr>
          <w:rFonts w:ascii="Times New Roman" w:hAnsi="Times New Roman" w:cs="Times New Roman"/>
          <w:sz w:val="24"/>
          <w:szCs w:val="24"/>
        </w:rPr>
        <w:t>Waldner</w:t>
      </w:r>
      <w:r w:rsidRPr="00436003">
        <w:rPr>
          <w:rFonts w:ascii="Times New Roman" w:hAnsi="Times New Roman" w:cs="Times New Roman"/>
          <w:sz w:val="24"/>
          <w:szCs w:val="24"/>
        </w:rPr>
        <w:t xml:space="preserve">, seconded by </w:t>
      </w:r>
      <w:r w:rsidR="00BF3860" w:rsidRPr="00436003">
        <w:rPr>
          <w:rFonts w:ascii="Times New Roman" w:hAnsi="Times New Roman" w:cs="Times New Roman"/>
          <w:sz w:val="24"/>
          <w:szCs w:val="24"/>
        </w:rPr>
        <w:t>Jarding</w:t>
      </w:r>
      <w:r w:rsidRPr="00436003">
        <w:rPr>
          <w:rFonts w:ascii="Times New Roman" w:hAnsi="Times New Roman" w:cs="Times New Roman"/>
          <w:sz w:val="24"/>
          <w:szCs w:val="24"/>
        </w:rPr>
        <w:t xml:space="preserve">, to recommend approval of the plat to the Hanson County Board of Commissioners. All members voted aye. Motion carried </w:t>
      </w:r>
    </w:p>
    <w:p w14:paraId="2BA3D751" w14:textId="77777777" w:rsidR="00BF3860" w:rsidRPr="00436003" w:rsidRDefault="00BF3860" w:rsidP="00215D3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7ECB44" w14:textId="77777777" w:rsidR="008B1618" w:rsidRPr="00436003" w:rsidRDefault="00BF3860" w:rsidP="00BF38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6003">
        <w:rPr>
          <w:rFonts w:ascii="Times New Roman" w:hAnsi="Times New Roman" w:cs="Times New Roman"/>
          <w:sz w:val="24"/>
          <w:szCs w:val="24"/>
        </w:rPr>
        <w:t xml:space="preserve">Presented by: </w:t>
      </w:r>
      <w:r w:rsidR="008B1618" w:rsidRPr="00436003">
        <w:rPr>
          <w:rFonts w:ascii="Times New Roman" w:eastAsia="Times New Roman" w:hAnsi="Times New Roman" w:cs="Times New Roman"/>
          <w:sz w:val="24"/>
          <w:szCs w:val="24"/>
        </w:rPr>
        <w:t xml:space="preserve">Nathan F Smith, Hannah R Beaton, &amp; Donald J </w:t>
      </w:r>
      <w:proofErr w:type="spellStart"/>
      <w:r w:rsidR="008B1618" w:rsidRPr="00436003">
        <w:rPr>
          <w:rFonts w:ascii="Times New Roman" w:eastAsia="Times New Roman" w:hAnsi="Times New Roman" w:cs="Times New Roman"/>
          <w:sz w:val="24"/>
          <w:szCs w:val="24"/>
        </w:rPr>
        <w:t>Deboer</w:t>
      </w:r>
      <w:proofErr w:type="spellEnd"/>
      <w:r w:rsidR="008B1618" w:rsidRPr="00436003">
        <w:rPr>
          <w:rFonts w:ascii="Times New Roman" w:eastAsia="Times New Roman" w:hAnsi="Times New Roman" w:cs="Times New Roman"/>
          <w:sz w:val="24"/>
          <w:szCs w:val="24"/>
        </w:rPr>
        <w:t xml:space="preserve"> TR</w:t>
      </w:r>
      <w:r w:rsidR="008B1618" w:rsidRPr="004360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0FAD3E" w14:textId="24D8460C" w:rsidR="00BF3860" w:rsidRPr="00436003" w:rsidRDefault="00BF3860" w:rsidP="00BF38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6003">
        <w:rPr>
          <w:rFonts w:ascii="Times New Roman" w:hAnsi="Times New Roman" w:cs="Times New Roman"/>
          <w:sz w:val="24"/>
          <w:szCs w:val="24"/>
        </w:rPr>
        <w:t xml:space="preserve">Description: </w:t>
      </w:r>
      <w:r w:rsidR="008B1618" w:rsidRPr="00436003">
        <w:rPr>
          <w:rFonts w:ascii="Times New Roman" w:hAnsi="Times New Roman" w:cs="Times New Roman"/>
          <w:sz w:val="24"/>
          <w:szCs w:val="24"/>
        </w:rPr>
        <w:t>DEBOER TRACT 6 W2 SW4 20-103-59</w:t>
      </w:r>
    </w:p>
    <w:p w14:paraId="6275F857" w14:textId="77777777" w:rsidR="00BF3860" w:rsidRPr="00436003" w:rsidRDefault="00BF3860" w:rsidP="00BF38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6003">
        <w:rPr>
          <w:rFonts w:ascii="Times New Roman" w:hAnsi="Times New Roman" w:cs="Times New Roman"/>
          <w:sz w:val="24"/>
          <w:szCs w:val="24"/>
        </w:rPr>
        <w:lastRenderedPageBreak/>
        <w:t>Findings of Facts:</w:t>
      </w:r>
    </w:p>
    <w:p w14:paraId="62C5131F" w14:textId="6ECE59DB" w:rsidR="00BF3860" w:rsidRPr="00436003" w:rsidRDefault="008B1618" w:rsidP="008B1618">
      <w:pPr>
        <w:spacing w:after="0"/>
        <w:ind w:left="360" w:firstLine="360"/>
        <w:rPr>
          <w:rFonts w:ascii="Times New Roman" w:hAnsi="Times New Roman" w:cs="Times New Roman"/>
          <w:sz w:val="24"/>
          <w:szCs w:val="24"/>
        </w:rPr>
      </w:pPr>
      <w:r w:rsidRPr="00436003">
        <w:rPr>
          <w:rFonts w:ascii="Times New Roman" w:hAnsi="Times New Roman" w:cs="Times New Roman"/>
          <w:sz w:val="24"/>
          <w:szCs w:val="24"/>
        </w:rPr>
        <w:t>1.</w:t>
      </w:r>
      <w:r w:rsidR="00BF3860" w:rsidRPr="00436003">
        <w:rPr>
          <w:rFonts w:ascii="Times New Roman" w:hAnsi="Times New Roman" w:cs="Times New Roman"/>
          <w:sz w:val="24"/>
          <w:szCs w:val="24"/>
        </w:rPr>
        <w:t xml:space="preserve">The plat contains </w:t>
      </w:r>
      <w:r w:rsidRPr="00436003">
        <w:rPr>
          <w:rFonts w:ascii="Times New Roman" w:hAnsi="Times New Roman" w:cs="Times New Roman"/>
          <w:sz w:val="24"/>
          <w:szCs w:val="24"/>
        </w:rPr>
        <w:t>5.29</w:t>
      </w:r>
      <w:r w:rsidR="00BF3860" w:rsidRPr="00436003">
        <w:rPr>
          <w:rFonts w:ascii="Times New Roman" w:hAnsi="Times New Roman" w:cs="Times New Roman"/>
          <w:sz w:val="24"/>
          <w:szCs w:val="24"/>
        </w:rPr>
        <w:t xml:space="preserve"> acres</w:t>
      </w:r>
    </w:p>
    <w:p w14:paraId="3D7B6D38" w14:textId="686C8FBB" w:rsidR="00BF3860" w:rsidRPr="00436003" w:rsidRDefault="008B1618" w:rsidP="008B1618">
      <w:pPr>
        <w:spacing w:after="0"/>
        <w:ind w:left="360" w:firstLine="360"/>
        <w:rPr>
          <w:rFonts w:ascii="Times New Roman" w:hAnsi="Times New Roman" w:cs="Times New Roman"/>
          <w:sz w:val="24"/>
          <w:szCs w:val="24"/>
        </w:rPr>
      </w:pPr>
      <w:r w:rsidRPr="00436003">
        <w:rPr>
          <w:rFonts w:ascii="Times New Roman" w:hAnsi="Times New Roman" w:cs="Times New Roman"/>
          <w:sz w:val="24"/>
          <w:szCs w:val="24"/>
        </w:rPr>
        <w:t>2.This plat vacates DEBOER TRACT 5 W2 SW4 20-103-59</w:t>
      </w:r>
    </w:p>
    <w:p w14:paraId="4319D8D5" w14:textId="0E839DEF" w:rsidR="00BF3860" w:rsidRPr="00436003" w:rsidRDefault="008B1618" w:rsidP="008B1618">
      <w:pPr>
        <w:spacing w:after="0"/>
        <w:ind w:left="360" w:firstLine="360"/>
        <w:rPr>
          <w:rFonts w:ascii="Times New Roman" w:hAnsi="Times New Roman" w:cs="Times New Roman"/>
          <w:sz w:val="24"/>
          <w:szCs w:val="24"/>
        </w:rPr>
      </w:pPr>
      <w:r w:rsidRPr="00436003">
        <w:rPr>
          <w:rFonts w:ascii="Times New Roman" w:hAnsi="Times New Roman" w:cs="Times New Roman"/>
          <w:sz w:val="24"/>
          <w:szCs w:val="24"/>
        </w:rPr>
        <w:t>3.</w:t>
      </w:r>
      <w:r w:rsidR="00BF3860" w:rsidRPr="00436003">
        <w:rPr>
          <w:rFonts w:ascii="Times New Roman" w:hAnsi="Times New Roman" w:cs="Times New Roman"/>
          <w:sz w:val="24"/>
          <w:szCs w:val="24"/>
        </w:rPr>
        <w:t>There is an approach currently.</w:t>
      </w:r>
    </w:p>
    <w:p w14:paraId="6355EBB8" w14:textId="53903ADC" w:rsidR="008B1618" w:rsidRPr="00436003" w:rsidRDefault="008B1618" w:rsidP="008B161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436003">
        <w:rPr>
          <w:rFonts w:ascii="Times New Roman" w:hAnsi="Times New Roman" w:cs="Times New Roman"/>
          <w:sz w:val="24"/>
          <w:szCs w:val="24"/>
        </w:rPr>
        <w:t>4.An easement to be recorded with the Hanson County Registrar of Deeds replacing the easement that has been vacated by this plat</w:t>
      </w:r>
      <w:r w:rsidR="00562310" w:rsidRPr="00436003">
        <w:rPr>
          <w:rFonts w:ascii="Times New Roman" w:hAnsi="Times New Roman" w:cs="Times New Roman"/>
          <w:sz w:val="24"/>
          <w:szCs w:val="24"/>
        </w:rPr>
        <w:t xml:space="preserve"> upon approval</w:t>
      </w:r>
    </w:p>
    <w:p w14:paraId="51A034E6" w14:textId="1158CF1D" w:rsidR="00BF3860" w:rsidRPr="00436003" w:rsidRDefault="00BF3860" w:rsidP="00BF38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6003">
        <w:rPr>
          <w:rFonts w:ascii="Times New Roman" w:hAnsi="Times New Roman" w:cs="Times New Roman"/>
          <w:sz w:val="24"/>
          <w:szCs w:val="24"/>
        </w:rPr>
        <w:t>Motion by</w:t>
      </w:r>
      <w:r w:rsidR="008B1618" w:rsidRPr="00436003">
        <w:rPr>
          <w:rFonts w:ascii="Times New Roman" w:hAnsi="Times New Roman" w:cs="Times New Roman"/>
          <w:sz w:val="24"/>
          <w:szCs w:val="24"/>
        </w:rPr>
        <w:t xml:space="preserve"> </w:t>
      </w:r>
      <w:r w:rsidR="00562310" w:rsidRPr="00436003">
        <w:rPr>
          <w:rFonts w:ascii="Times New Roman" w:hAnsi="Times New Roman" w:cs="Times New Roman"/>
          <w:sz w:val="24"/>
          <w:szCs w:val="24"/>
        </w:rPr>
        <w:t>Waldner</w:t>
      </w:r>
      <w:r w:rsidRPr="00436003">
        <w:rPr>
          <w:rFonts w:ascii="Times New Roman" w:hAnsi="Times New Roman" w:cs="Times New Roman"/>
          <w:sz w:val="24"/>
          <w:szCs w:val="24"/>
        </w:rPr>
        <w:t xml:space="preserve">, seconded by </w:t>
      </w:r>
      <w:r w:rsidR="00562310" w:rsidRPr="00436003">
        <w:rPr>
          <w:rFonts w:ascii="Times New Roman" w:hAnsi="Times New Roman" w:cs="Times New Roman"/>
          <w:sz w:val="24"/>
          <w:szCs w:val="24"/>
        </w:rPr>
        <w:t>Schoenrock</w:t>
      </w:r>
      <w:r w:rsidRPr="00436003">
        <w:rPr>
          <w:rFonts w:ascii="Times New Roman" w:hAnsi="Times New Roman" w:cs="Times New Roman"/>
          <w:sz w:val="24"/>
          <w:szCs w:val="24"/>
        </w:rPr>
        <w:t xml:space="preserve">, to recommend approval of the plat to the Hanson County Board of Commissioners. All members voted aye. Motion carried </w:t>
      </w:r>
    </w:p>
    <w:p w14:paraId="4B8D9512" w14:textId="77777777" w:rsidR="00BF3860" w:rsidRPr="00436003" w:rsidRDefault="00BF3860" w:rsidP="00215D3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03E952" w14:textId="77777777" w:rsidR="008B1618" w:rsidRPr="00436003" w:rsidRDefault="008B1618" w:rsidP="008B16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6003">
        <w:rPr>
          <w:rFonts w:ascii="Times New Roman" w:hAnsi="Times New Roman" w:cs="Times New Roman"/>
          <w:sz w:val="24"/>
          <w:szCs w:val="24"/>
        </w:rPr>
        <w:t>Presented by: Donald &amp; Pamela Wenande Trust</w:t>
      </w:r>
    </w:p>
    <w:p w14:paraId="711ABEE2" w14:textId="77777777" w:rsidR="008B1618" w:rsidRPr="00436003" w:rsidRDefault="008B1618" w:rsidP="008B16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6003">
        <w:rPr>
          <w:rFonts w:ascii="Times New Roman" w:hAnsi="Times New Roman" w:cs="Times New Roman"/>
          <w:sz w:val="24"/>
          <w:szCs w:val="24"/>
        </w:rPr>
        <w:t>Description: TRACT 3 WENANDES ADDN NE4 27-102-58</w:t>
      </w:r>
    </w:p>
    <w:p w14:paraId="2A19EAF9" w14:textId="77777777" w:rsidR="008B1618" w:rsidRPr="00436003" w:rsidRDefault="008B1618" w:rsidP="008B16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6003">
        <w:rPr>
          <w:rFonts w:ascii="Times New Roman" w:hAnsi="Times New Roman" w:cs="Times New Roman"/>
          <w:sz w:val="24"/>
          <w:szCs w:val="24"/>
        </w:rPr>
        <w:t>Findings of Facts:</w:t>
      </w:r>
    </w:p>
    <w:p w14:paraId="3F582A80" w14:textId="77777777" w:rsidR="008B1618" w:rsidRPr="00436003" w:rsidRDefault="008B1618" w:rsidP="008B1618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36003">
        <w:rPr>
          <w:rFonts w:ascii="Times New Roman" w:hAnsi="Times New Roman" w:cs="Times New Roman"/>
          <w:sz w:val="24"/>
          <w:szCs w:val="24"/>
        </w:rPr>
        <w:t>The plat contains 14.97 acres</w:t>
      </w:r>
    </w:p>
    <w:p w14:paraId="34633463" w14:textId="77777777" w:rsidR="008B1618" w:rsidRPr="00436003" w:rsidRDefault="008B1618" w:rsidP="008B1618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36003">
        <w:rPr>
          <w:rFonts w:ascii="Times New Roman" w:hAnsi="Times New Roman" w:cs="Times New Roman"/>
          <w:sz w:val="24"/>
          <w:szCs w:val="24"/>
        </w:rPr>
        <w:t>This property is to be sold</w:t>
      </w:r>
    </w:p>
    <w:p w14:paraId="5CDD832B" w14:textId="77777777" w:rsidR="008B1618" w:rsidRPr="00436003" w:rsidRDefault="008B1618" w:rsidP="008B1618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36003">
        <w:rPr>
          <w:rFonts w:ascii="Times New Roman" w:hAnsi="Times New Roman" w:cs="Times New Roman"/>
          <w:sz w:val="24"/>
          <w:szCs w:val="24"/>
        </w:rPr>
        <w:t>There is an approach currently.</w:t>
      </w:r>
    </w:p>
    <w:p w14:paraId="38FDF438" w14:textId="77777777" w:rsidR="008B1618" w:rsidRPr="00436003" w:rsidRDefault="008B1618" w:rsidP="008B16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6003">
        <w:rPr>
          <w:rFonts w:ascii="Times New Roman" w:hAnsi="Times New Roman" w:cs="Times New Roman"/>
          <w:sz w:val="24"/>
          <w:szCs w:val="24"/>
        </w:rPr>
        <w:t xml:space="preserve">Motion by Fox, seconded by Freeman, to recommend approval of the plat to the Hanson County Board of Commissioners. All members voted aye. Motion carried </w:t>
      </w:r>
    </w:p>
    <w:p w14:paraId="1151CC82" w14:textId="77777777" w:rsidR="00F6465A" w:rsidRPr="00436003" w:rsidRDefault="00F6465A" w:rsidP="00385A8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B036B2" w14:textId="77777777" w:rsidR="00385A88" w:rsidRPr="00436003" w:rsidRDefault="00385A88" w:rsidP="00385A88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36003">
        <w:rPr>
          <w:rFonts w:ascii="Times New Roman" w:hAnsi="Times New Roman" w:cs="Times New Roman"/>
          <w:b/>
          <w:bCs/>
          <w:sz w:val="24"/>
          <w:szCs w:val="24"/>
          <w:u w:val="single"/>
        </w:rPr>
        <w:t>OLD BUSINESS</w:t>
      </w:r>
    </w:p>
    <w:p w14:paraId="00466702" w14:textId="05AAE067" w:rsidR="0010130B" w:rsidRPr="00436003" w:rsidRDefault="00562310" w:rsidP="001013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6003">
        <w:rPr>
          <w:rFonts w:ascii="Times New Roman" w:hAnsi="Times New Roman" w:cs="Times New Roman"/>
          <w:sz w:val="24"/>
          <w:szCs w:val="24"/>
        </w:rPr>
        <w:t xml:space="preserve">None </w:t>
      </w:r>
      <w:proofErr w:type="gramStart"/>
      <w:r w:rsidRPr="00436003">
        <w:rPr>
          <w:rFonts w:ascii="Times New Roman" w:hAnsi="Times New Roman" w:cs="Times New Roman"/>
          <w:sz w:val="24"/>
          <w:szCs w:val="24"/>
        </w:rPr>
        <w:t>at this time</w:t>
      </w:r>
      <w:proofErr w:type="gramEnd"/>
    </w:p>
    <w:p w14:paraId="0854D073" w14:textId="77777777" w:rsidR="00385A88" w:rsidRPr="00436003" w:rsidRDefault="00385A88" w:rsidP="00385A8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ABA6A6" w14:textId="77777777" w:rsidR="00385A88" w:rsidRPr="00436003" w:rsidRDefault="00385A88" w:rsidP="00385A88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36003">
        <w:rPr>
          <w:rFonts w:ascii="Times New Roman" w:hAnsi="Times New Roman" w:cs="Times New Roman"/>
          <w:b/>
          <w:bCs/>
          <w:sz w:val="24"/>
          <w:szCs w:val="24"/>
          <w:u w:val="single"/>
        </w:rPr>
        <w:t>NEW BUSINESS</w:t>
      </w:r>
    </w:p>
    <w:p w14:paraId="695DC0D4" w14:textId="1184C99D" w:rsidR="0010130B" w:rsidRPr="00436003" w:rsidRDefault="00562310" w:rsidP="001013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6003">
        <w:rPr>
          <w:rFonts w:ascii="Times New Roman" w:hAnsi="Times New Roman" w:cs="Times New Roman"/>
          <w:sz w:val="24"/>
          <w:szCs w:val="24"/>
        </w:rPr>
        <w:t>Discussion regarding Senate Bill 237 &amp; Senate Bill 3</w:t>
      </w:r>
    </w:p>
    <w:p w14:paraId="40F310D1" w14:textId="77777777" w:rsidR="00C10DCF" w:rsidRPr="00436003" w:rsidRDefault="00C10DCF" w:rsidP="00354B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0BA233" w14:textId="17665CD5" w:rsidR="00C10DCF" w:rsidRPr="00436003" w:rsidRDefault="00C10DCF" w:rsidP="00354B73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36003">
        <w:rPr>
          <w:rFonts w:ascii="Times New Roman" w:hAnsi="Times New Roman" w:cs="Times New Roman"/>
          <w:b/>
          <w:bCs/>
          <w:sz w:val="24"/>
          <w:szCs w:val="24"/>
          <w:u w:val="single"/>
        </w:rPr>
        <w:t>WELFARE OF THE ORDER</w:t>
      </w:r>
    </w:p>
    <w:p w14:paraId="1A9F3916" w14:textId="64E2B8A6" w:rsidR="0010130B" w:rsidRPr="00436003" w:rsidRDefault="00215D3C" w:rsidP="001013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6003">
        <w:rPr>
          <w:rFonts w:ascii="Times New Roman" w:hAnsi="Times New Roman" w:cs="Times New Roman"/>
          <w:sz w:val="24"/>
          <w:szCs w:val="24"/>
        </w:rPr>
        <w:t>M</w:t>
      </w:r>
      <w:r w:rsidR="00887485" w:rsidRPr="00436003">
        <w:rPr>
          <w:rFonts w:ascii="Times New Roman" w:hAnsi="Times New Roman" w:cs="Times New Roman"/>
          <w:sz w:val="24"/>
          <w:szCs w:val="24"/>
        </w:rPr>
        <w:t>onthly building permit</w:t>
      </w:r>
      <w:r w:rsidRPr="00436003">
        <w:rPr>
          <w:rFonts w:ascii="Times New Roman" w:hAnsi="Times New Roman" w:cs="Times New Roman"/>
          <w:sz w:val="24"/>
          <w:szCs w:val="24"/>
        </w:rPr>
        <w:t xml:space="preserve"> list </w:t>
      </w:r>
      <w:r w:rsidR="00EC5ED5" w:rsidRPr="00436003">
        <w:rPr>
          <w:rFonts w:ascii="Times New Roman" w:hAnsi="Times New Roman" w:cs="Times New Roman"/>
          <w:sz w:val="24"/>
          <w:szCs w:val="24"/>
        </w:rPr>
        <w:t>presented to the Board</w:t>
      </w:r>
    </w:p>
    <w:p w14:paraId="5DAFA5B8" w14:textId="77777777" w:rsidR="003E0619" w:rsidRPr="00436003" w:rsidRDefault="003E0619" w:rsidP="00385A8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F5A8E6" w14:textId="7C5E8A83" w:rsidR="003E0619" w:rsidRPr="00436003" w:rsidRDefault="003E0619" w:rsidP="00385A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6003">
        <w:rPr>
          <w:rFonts w:ascii="Times New Roman" w:hAnsi="Times New Roman" w:cs="Times New Roman"/>
          <w:b/>
          <w:bCs/>
          <w:sz w:val="24"/>
          <w:szCs w:val="24"/>
          <w:u w:val="single"/>
        </w:rPr>
        <w:t>ADJOURNMENT</w:t>
      </w:r>
      <w:r w:rsidRPr="00436003">
        <w:rPr>
          <w:rFonts w:ascii="Times New Roman" w:hAnsi="Times New Roman" w:cs="Times New Roman"/>
          <w:sz w:val="24"/>
          <w:szCs w:val="24"/>
        </w:rPr>
        <w:br/>
        <w:t xml:space="preserve">Motion by </w:t>
      </w:r>
      <w:r w:rsidR="00562310" w:rsidRPr="00436003">
        <w:rPr>
          <w:rFonts w:ascii="Times New Roman" w:hAnsi="Times New Roman" w:cs="Times New Roman"/>
          <w:sz w:val="24"/>
          <w:szCs w:val="24"/>
        </w:rPr>
        <w:t>Freeman</w:t>
      </w:r>
      <w:r w:rsidRPr="00436003">
        <w:rPr>
          <w:rFonts w:ascii="Times New Roman" w:hAnsi="Times New Roman" w:cs="Times New Roman"/>
          <w:sz w:val="24"/>
          <w:szCs w:val="24"/>
        </w:rPr>
        <w:t xml:space="preserve">, seconded by </w:t>
      </w:r>
      <w:r w:rsidR="00EC5ED5" w:rsidRPr="00436003">
        <w:rPr>
          <w:rFonts w:ascii="Times New Roman" w:hAnsi="Times New Roman" w:cs="Times New Roman"/>
          <w:sz w:val="24"/>
          <w:szCs w:val="24"/>
        </w:rPr>
        <w:t xml:space="preserve">Jarding </w:t>
      </w:r>
      <w:r w:rsidRPr="00436003">
        <w:rPr>
          <w:rFonts w:ascii="Times New Roman" w:hAnsi="Times New Roman" w:cs="Times New Roman"/>
          <w:sz w:val="24"/>
          <w:szCs w:val="24"/>
        </w:rPr>
        <w:t xml:space="preserve"> to adjourn at </w:t>
      </w:r>
      <w:r w:rsidR="00EC5ED5" w:rsidRPr="00436003">
        <w:rPr>
          <w:rFonts w:ascii="Times New Roman" w:hAnsi="Times New Roman" w:cs="Times New Roman"/>
          <w:sz w:val="24"/>
          <w:szCs w:val="24"/>
        </w:rPr>
        <w:t>9:</w:t>
      </w:r>
      <w:r w:rsidR="00562310" w:rsidRPr="00436003">
        <w:rPr>
          <w:rFonts w:ascii="Times New Roman" w:hAnsi="Times New Roman" w:cs="Times New Roman"/>
          <w:sz w:val="24"/>
          <w:szCs w:val="24"/>
        </w:rPr>
        <w:t>45</w:t>
      </w:r>
      <w:r w:rsidRPr="00436003">
        <w:rPr>
          <w:rFonts w:ascii="Times New Roman" w:hAnsi="Times New Roman" w:cs="Times New Roman"/>
          <w:sz w:val="24"/>
          <w:szCs w:val="24"/>
        </w:rPr>
        <w:t>am.</w:t>
      </w:r>
      <w:r w:rsidRPr="00436003">
        <w:rPr>
          <w:rFonts w:ascii="Times New Roman" w:hAnsi="Times New Roman" w:cs="Times New Roman"/>
          <w:sz w:val="24"/>
          <w:szCs w:val="24"/>
        </w:rPr>
        <w:br/>
        <w:t>All members voted aye.  Motion carried.</w:t>
      </w:r>
      <w:r w:rsidR="00FD61EE" w:rsidRPr="00436003">
        <w:rPr>
          <w:rFonts w:ascii="Times New Roman" w:hAnsi="Times New Roman" w:cs="Times New Roman"/>
          <w:sz w:val="24"/>
          <w:szCs w:val="24"/>
        </w:rPr>
        <w:br/>
      </w:r>
    </w:p>
    <w:p w14:paraId="27268502" w14:textId="3807DC43" w:rsidR="00416197" w:rsidRPr="00436003" w:rsidRDefault="00FD61EE" w:rsidP="00385A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6003">
        <w:rPr>
          <w:rFonts w:ascii="Times New Roman" w:hAnsi="Times New Roman" w:cs="Times New Roman"/>
          <w:sz w:val="24"/>
          <w:szCs w:val="24"/>
        </w:rPr>
        <w:t>The next regular meeting of the Hanson County Planning Commission is scheduled for</w:t>
      </w:r>
      <w:r w:rsidR="00354B73" w:rsidRPr="00436003">
        <w:rPr>
          <w:rFonts w:ascii="Times New Roman" w:hAnsi="Times New Roman" w:cs="Times New Roman"/>
          <w:sz w:val="24"/>
          <w:szCs w:val="24"/>
        </w:rPr>
        <w:t xml:space="preserve"> </w:t>
      </w:r>
      <w:r w:rsidR="00562310" w:rsidRPr="00436003">
        <w:rPr>
          <w:rFonts w:ascii="Times New Roman" w:hAnsi="Times New Roman" w:cs="Times New Roman"/>
          <w:sz w:val="24"/>
          <w:szCs w:val="24"/>
        </w:rPr>
        <w:t>June 25</w:t>
      </w:r>
      <w:r w:rsidR="00354B73" w:rsidRPr="00436003">
        <w:rPr>
          <w:rFonts w:ascii="Times New Roman" w:hAnsi="Times New Roman" w:cs="Times New Roman"/>
          <w:sz w:val="24"/>
          <w:szCs w:val="24"/>
        </w:rPr>
        <w:t xml:space="preserve">, 2026, at 9:00am </w:t>
      </w:r>
      <w:r w:rsidRPr="00436003">
        <w:rPr>
          <w:rFonts w:ascii="Times New Roman" w:hAnsi="Times New Roman" w:cs="Times New Roman"/>
          <w:sz w:val="24"/>
          <w:szCs w:val="24"/>
        </w:rPr>
        <w:t xml:space="preserve"> at the Hanson County Courthouse.</w:t>
      </w:r>
      <w:r w:rsidRPr="00436003">
        <w:rPr>
          <w:rFonts w:ascii="Times New Roman" w:hAnsi="Times New Roman" w:cs="Times New Roman"/>
          <w:sz w:val="24"/>
          <w:szCs w:val="24"/>
        </w:rPr>
        <w:br/>
      </w:r>
      <w:r w:rsidRPr="00436003">
        <w:rPr>
          <w:rFonts w:ascii="Times New Roman" w:hAnsi="Times New Roman" w:cs="Times New Roman"/>
          <w:sz w:val="24"/>
          <w:szCs w:val="24"/>
        </w:rPr>
        <w:br/>
      </w:r>
      <w:r w:rsidR="00354B73" w:rsidRPr="00436003">
        <w:rPr>
          <w:rFonts w:ascii="Times New Roman" w:hAnsi="Times New Roman" w:cs="Times New Roman"/>
          <w:sz w:val="24"/>
          <w:szCs w:val="24"/>
        </w:rPr>
        <w:t>Josh Kayser</w:t>
      </w:r>
      <w:r w:rsidRPr="00436003">
        <w:rPr>
          <w:rFonts w:ascii="Times New Roman" w:hAnsi="Times New Roman" w:cs="Times New Roman"/>
          <w:sz w:val="24"/>
          <w:szCs w:val="24"/>
        </w:rPr>
        <w:br/>
        <w:t>Chairman, Hanson County Planning Commission</w:t>
      </w:r>
      <w:r w:rsidRPr="00436003">
        <w:rPr>
          <w:rFonts w:ascii="Times New Roman" w:hAnsi="Times New Roman" w:cs="Times New Roman"/>
          <w:sz w:val="24"/>
          <w:szCs w:val="24"/>
        </w:rPr>
        <w:br/>
      </w:r>
      <w:r w:rsidRPr="00436003">
        <w:rPr>
          <w:rFonts w:ascii="Times New Roman" w:hAnsi="Times New Roman" w:cs="Times New Roman"/>
          <w:sz w:val="24"/>
          <w:szCs w:val="24"/>
        </w:rPr>
        <w:br/>
        <w:t>Christi Pierson, CAA</w:t>
      </w:r>
      <w:r w:rsidRPr="00436003">
        <w:rPr>
          <w:rFonts w:ascii="Times New Roman" w:hAnsi="Times New Roman" w:cs="Times New Roman"/>
          <w:sz w:val="24"/>
          <w:szCs w:val="24"/>
        </w:rPr>
        <w:br/>
        <w:t>Zoning Administrator</w:t>
      </w:r>
      <w:r w:rsidRPr="00436003">
        <w:rPr>
          <w:rFonts w:ascii="Times New Roman" w:hAnsi="Times New Roman" w:cs="Times New Roman"/>
          <w:sz w:val="24"/>
          <w:szCs w:val="24"/>
        </w:rPr>
        <w:br/>
      </w:r>
      <w:r w:rsidRPr="00436003">
        <w:rPr>
          <w:rFonts w:ascii="Times New Roman" w:hAnsi="Times New Roman" w:cs="Times New Roman"/>
          <w:sz w:val="24"/>
          <w:szCs w:val="24"/>
        </w:rPr>
        <w:br/>
        <w:t>Published one time at the approximate cost of: ___________</w:t>
      </w:r>
      <w:r w:rsidRPr="00436003">
        <w:rPr>
          <w:rFonts w:ascii="Times New Roman" w:hAnsi="Times New Roman" w:cs="Times New Roman"/>
          <w:sz w:val="24"/>
          <w:szCs w:val="24"/>
        </w:rPr>
        <w:br/>
      </w:r>
    </w:p>
    <w:sectPr w:rsidR="00416197" w:rsidRPr="00436003" w:rsidSect="00125D73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4295B4B"/>
    <w:multiLevelType w:val="hybridMultilevel"/>
    <w:tmpl w:val="AF84DF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B56A99"/>
    <w:multiLevelType w:val="hybridMultilevel"/>
    <w:tmpl w:val="2584C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B27E33"/>
    <w:multiLevelType w:val="hybridMultilevel"/>
    <w:tmpl w:val="E8B045C2"/>
    <w:lvl w:ilvl="0" w:tplc="7ABAD3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A0376D"/>
    <w:multiLevelType w:val="hybridMultilevel"/>
    <w:tmpl w:val="55FAD028"/>
    <w:lvl w:ilvl="0" w:tplc="1A42B8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88145F"/>
    <w:multiLevelType w:val="hybridMultilevel"/>
    <w:tmpl w:val="41360768"/>
    <w:lvl w:ilvl="0" w:tplc="9244DA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85643C"/>
    <w:multiLevelType w:val="hybridMultilevel"/>
    <w:tmpl w:val="0A629690"/>
    <w:lvl w:ilvl="0" w:tplc="C310EC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1C3A38"/>
    <w:multiLevelType w:val="hybridMultilevel"/>
    <w:tmpl w:val="4342C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571717"/>
    <w:multiLevelType w:val="hybridMultilevel"/>
    <w:tmpl w:val="4A3A1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712760"/>
    <w:multiLevelType w:val="hybridMultilevel"/>
    <w:tmpl w:val="D6AAB3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B60F4F"/>
    <w:multiLevelType w:val="hybridMultilevel"/>
    <w:tmpl w:val="C3DA079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8D413FD"/>
    <w:multiLevelType w:val="hybridMultilevel"/>
    <w:tmpl w:val="F3DCCF6E"/>
    <w:lvl w:ilvl="0" w:tplc="00E829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A070C7D"/>
    <w:multiLevelType w:val="hybridMultilevel"/>
    <w:tmpl w:val="45123D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F66744"/>
    <w:multiLevelType w:val="hybridMultilevel"/>
    <w:tmpl w:val="C45234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9857587">
    <w:abstractNumId w:val="5"/>
  </w:num>
  <w:num w:numId="2" w16cid:durableId="21827878">
    <w:abstractNumId w:val="3"/>
  </w:num>
  <w:num w:numId="3" w16cid:durableId="2074692395">
    <w:abstractNumId w:val="2"/>
  </w:num>
  <w:num w:numId="4" w16cid:durableId="1091850116">
    <w:abstractNumId w:val="4"/>
  </w:num>
  <w:num w:numId="5" w16cid:durableId="160584589">
    <w:abstractNumId w:val="1"/>
  </w:num>
  <w:num w:numId="6" w16cid:durableId="673801297">
    <w:abstractNumId w:val="0"/>
  </w:num>
  <w:num w:numId="7" w16cid:durableId="1799763984">
    <w:abstractNumId w:val="14"/>
  </w:num>
  <w:num w:numId="8" w16cid:durableId="1950434390">
    <w:abstractNumId w:val="15"/>
  </w:num>
  <w:num w:numId="9" w16cid:durableId="1688871371">
    <w:abstractNumId w:val="7"/>
  </w:num>
  <w:num w:numId="10" w16cid:durableId="104888965">
    <w:abstractNumId w:val="13"/>
  </w:num>
  <w:num w:numId="11" w16cid:durableId="249198114">
    <w:abstractNumId w:val="6"/>
  </w:num>
  <w:num w:numId="12" w16cid:durableId="347561213">
    <w:abstractNumId w:val="12"/>
  </w:num>
  <w:num w:numId="13" w16cid:durableId="975767786">
    <w:abstractNumId w:val="11"/>
  </w:num>
  <w:num w:numId="14" w16cid:durableId="1125268125">
    <w:abstractNumId w:val="10"/>
  </w:num>
  <w:num w:numId="15" w16cid:durableId="834149692">
    <w:abstractNumId w:val="8"/>
  </w:num>
  <w:num w:numId="16" w16cid:durableId="1970091354">
    <w:abstractNumId w:val="9"/>
  </w:num>
  <w:num w:numId="17" w16cid:durableId="1263954040">
    <w:abstractNumId w:val="17"/>
  </w:num>
  <w:num w:numId="18" w16cid:durableId="1759129091">
    <w:abstractNumId w:val="18"/>
  </w:num>
  <w:num w:numId="19" w16cid:durableId="1712879296">
    <w:abstractNumId w:val="1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6AA"/>
    <w:rsid w:val="0000740A"/>
    <w:rsid w:val="00034616"/>
    <w:rsid w:val="0006063C"/>
    <w:rsid w:val="00074CB4"/>
    <w:rsid w:val="000B4B24"/>
    <w:rsid w:val="000D73B1"/>
    <w:rsid w:val="000F171E"/>
    <w:rsid w:val="000F71D0"/>
    <w:rsid w:val="0010130B"/>
    <w:rsid w:val="00125D73"/>
    <w:rsid w:val="00137CE4"/>
    <w:rsid w:val="0015074B"/>
    <w:rsid w:val="00154F30"/>
    <w:rsid w:val="0018049F"/>
    <w:rsid w:val="001B566D"/>
    <w:rsid w:val="001D519A"/>
    <w:rsid w:val="001D5381"/>
    <w:rsid w:val="001F4AA4"/>
    <w:rsid w:val="00215D3C"/>
    <w:rsid w:val="0024148F"/>
    <w:rsid w:val="002527C9"/>
    <w:rsid w:val="00254DE0"/>
    <w:rsid w:val="002675E4"/>
    <w:rsid w:val="002677FD"/>
    <w:rsid w:val="00286BB0"/>
    <w:rsid w:val="0029639D"/>
    <w:rsid w:val="002B5A9A"/>
    <w:rsid w:val="002C19ED"/>
    <w:rsid w:val="002C79E5"/>
    <w:rsid w:val="002F0183"/>
    <w:rsid w:val="0031636E"/>
    <w:rsid w:val="0032556E"/>
    <w:rsid w:val="00326F90"/>
    <w:rsid w:val="00333BE7"/>
    <w:rsid w:val="0034058E"/>
    <w:rsid w:val="00354B73"/>
    <w:rsid w:val="00385A88"/>
    <w:rsid w:val="003A28D3"/>
    <w:rsid w:val="003D0742"/>
    <w:rsid w:val="003E0619"/>
    <w:rsid w:val="00400C71"/>
    <w:rsid w:val="00416197"/>
    <w:rsid w:val="00436003"/>
    <w:rsid w:val="004412CF"/>
    <w:rsid w:val="00450650"/>
    <w:rsid w:val="004636A1"/>
    <w:rsid w:val="0046487B"/>
    <w:rsid w:val="00482F0B"/>
    <w:rsid w:val="00497B2D"/>
    <w:rsid w:val="004B1C81"/>
    <w:rsid w:val="005055B1"/>
    <w:rsid w:val="0052449A"/>
    <w:rsid w:val="00545F93"/>
    <w:rsid w:val="0055146F"/>
    <w:rsid w:val="005526F4"/>
    <w:rsid w:val="00562310"/>
    <w:rsid w:val="005A1F99"/>
    <w:rsid w:val="005E4DE7"/>
    <w:rsid w:val="00623AF2"/>
    <w:rsid w:val="00631049"/>
    <w:rsid w:val="00644EAE"/>
    <w:rsid w:val="006A438C"/>
    <w:rsid w:val="006A558C"/>
    <w:rsid w:val="006D0634"/>
    <w:rsid w:val="007664E7"/>
    <w:rsid w:val="007824A2"/>
    <w:rsid w:val="00783907"/>
    <w:rsid w:val="007929FA"/>
    <w:rsid w:val="0079779F"/>
    <w:rsid w:val="007E0EE9"/>
    <w:rsid w:val="007F723A"/>
    <w:rsid w:val="0080397D"/>
    <w:rsid w:val="0081089D"/>
    <w:rsid w:val="00834C06"/>
    <w:rsid w:val="00836361"/>
    <w:rsid w:val="00887485"/>
    <w:rsid w:val="008B1618"/>
    <w:rsid w:val="008E1401"/>
    <w:rsid w:val="008E1AB0"/>
    <w:rsid w:val="008E2849"/>
    <w:rsid w:val="008F33D7"/>
    <w:rsid w:val="00902541"/>
    <w:rsid w:val="00911401"/>
    <w:rsid w:val="00930636"/>
    <w:rsid w:val="009A39E3"/>
    <w:rsid w:val="009A69D3"/>
    <w:rsid w:val="009B2D81"/>
    <w:rsid w:val="009E1412"/>
    <w:rsid w:val="00A0197E"/>
    <w:rsid w:val="00A02ED1"/>
    <w:rsid w:val="00A32589"/>
    <w:rsid w:val="00A407C6"/>
    <w:rsid w:val="00A441AB"/>
    <w:rsid w:val="00A52161"/>
    <w:rsid w:val="00A85744"/>
    <w:rsid w:val="00A971C6"/>
    <w:rsid w:val="00AA1D8D"/>
    <w:rsid w:val="00AA1E52"/>
    <w:rsid w:val="00AC6D8B"/>
    <w:rsid w:val="00AD2CE3"/>
    <w:rsid w:val="00B2601D"/>
    <w:rsid w:val="00B47730"/>
    <w:rsid w:val="00B70AF6"/>
    <w:rsid w:val="00B936A3"/>
    <w:rsid w:val="00BC5B5A"/>
    <w:rsid w:val="00BF2C15"/>
    <w:rsid w:val="00BF3860"/>
    <w:rsid w:val="00C10DCF"/>
    <w:rsid w:val="00C42E09"/>
    <w:rsid w:val="00C528BF"/>
    <w:rsid w:val="00C5398B"/>
    <w:rsid w:val="00C6187B"/>
    <w:rsid w:val="00CA6331"/>
    <w:rsid w:val="00CB0664"/>
    <w:rsid w:val="00CF5529"/>
    <w:rsid w:val="00D14962"/>
    <w:rsid w:val="00D37A15"/>
    <w:rsid w:val="00D63D2A"/>
    <w:rsid w:val="00DA65DF"/>
    <w:rsid w:val="00DC20D0"/>
    <w:rsid w:val="00DF6280"/>
    <w:rsid w:val="00E02127"/>
    <w:rsid w:val="00E35647"/>
    <w:rsid w:val="00E40E45"/>
    <w:rsid w:val="00E520E7"/>
    <w:rsid w:val="00E56916"/>
    <w:rsid w:val="00E939F0"/>
    <w:rsid w:val="00EA3785"/>
    <w:rsid w:val="00EB6499"/>
    <w:rsid w:val="00EB7672"/>
    <w:rsid w:val="00EC5ED5"/>
    <w:rsid w:val="00ED3FD1"/>
    <w:rsid w:val="00EF26EC"/>
    <w:rsid w:val="00EF43CA"/>
    <w:rsid w:val="00F3354B"/>
    <w:rsid w:val="00F369FB"/>
    <w:rsid w:val="00F45B43"/>
    <w:rsid w:val="00F6465A"/>
    <w:rsid w:val="00FC693F"/>
    <w:rsid w:val="00FD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27B35A"/>
  <w14:defaultImageDpi w14:val="300"/>
  <w15:docId w15:val="{7D91649C-3792-4630-B0F2-FBDBC766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55146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4</Pages>
  <Words>1317</Words>
  <Characters>6480</Characters>
  <Application>Microsoft Office Word</Application>
  <DocSecurity>0</DocSecurity>
  <Lines>175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Christi Pierson</cp:lastModifiedBy>
  <cp:revision>5</cp:revision>
  <cp:lastPrinted>2026-06-01T15:27:00Z</cp:lastPrinted>
  <dcterms:created xsi:type="dcterms:W3CDTF">2026-05-28T21:30:00Z</dcterms:created>
  <dcterms:modified xsi:type="dcterms:W3CDTF">2026-06-25T17:01:00Z</dcterms:modified>
  <cp:category/>
</cp:coreProperties>
</file>